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4DF7" w:rsidRDefault="005B3105" w:rsidP="00E94DF7">
      <w:pPr>
        <w:rPr>
          <w:b/>
          <w:noProof/>
          <w:sz w:val="56"/>
          <w:szCs w:val="56"/>
        </w:rPr>
      </w:pPr>
      <w:r>
        <w:rPr>
          <w:b/>
          <w:noProof/>
          <w:sz w:val="56"/>
          <w:szCs w:val="56"/>
        </w:rPr>
        <mc:AlternateContent>
          <mc:Choice Requires="wps">
            <w:drawing>
              <wp:anchor distT="0" distB="0" distL="114300" distR="114300" simplePos="0" relativeHeight="251660288" behindDoc="0" locked="0" layoutInCell="1" allowOverlap="1">
                <wp:simplePos x="0" y="0"/>
                <wp:positionH relativeFrom="column">
                  <wp:posOffset>-1295400</wp:posOffset>
                </wp:positionH>
                <wp:positionV relativeFrom="paragraph">
                  <wp:posOffset>-922020</wp:posOffset>
                </wp:positionV>
                <wp:extent cx="8153400" cy="472440"/>
                <wp:effectExtent l="57150" t="19050" r="76200" b="99060"/>
                <wp:wrapNone/>
                <wp:docPr id="11" name="Rectangle 11"/>
                <wp:cNvGraphicFramePr/>
                <a:graphic xmlns:a="http://schemas.openxmlformats.org/drawingml/2006/main">
                  <a:graphicData uri="http://schemas.microsoft.com/office/word/2010/wordprocessingShape">
                    <wps:wsp>
                      <wps:cNvSpPr/>
                      <wps:spPr>
                        <a:xfrm>
                          <a:off x="0" y="0"/>
                          <a:ext cx="8153400" cy="472440"/>
                        </a:xfrm>
                        <a:prstGeom prst="rect">
                          <a:avLst/>
                        </a:prstGeom>
                        <a:solidFill>
                          <a:schemeClr val="tx2"/>
                        </a:solidFill>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102pt;margin-top:-72.6pt;width:642pt;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" fillcolor="#1f497d [3215]" strokecolor="#4f81bd [3204]">
                <v:shadow on="t" color="black" opacity="22937f" origin=",.5" offset="0,.63889mm"/>
              </v:rect>
            </w:pict>
          </mc:Fallback>
        </mc:AlternateContent>
      </w:r>
      <w:r w:rsidR="00224AB0">
        <w:rPr>
          <w:b/>
          <w:noProof/>
          <w:sz w:val="56"/>
          <w:szCs w:val="56"/>
        </w:rPr>
        <mc:AlternateContent>
          <mc:Choice Requires="wps">
            <w:drawing>
              <wp:anchor distT="0" distB="0" distL="114300" distR="114300" simplePos="0" relativeHeight="251659264" behindDoc="0" locked="0" layoutInCell="1" allowOverlap="1" wp14:anchorId="14C989E8" wp14:editId="12BC3C29">
                <wp:simplePos x="0" y="0"/>
                <wp:positionH relativeFrom="column">
                  <wp:posOffset>-1219200</wp:posOffset>
                </wp:positionH>
                <wp:positionV relativeFrom="paragraph">
                  <wp:posOffset>-556260</wp:posOffset>
                </wp:positionV>
                <wp:extent cx="8961120" cy="0"/>
                <wp:effectExtent l="38100" t="38100" r="49530" b="95250"/>
                <wp:wrapNone/>
                <wp:docPr id="10" name="Straight Connector 10"/>
                <wp:cNvGraphicFramePr/>
                <a:graphic xmlns:a="http://schemas.openxmlformats.org/drawingml/2006/main">
                  <a:graphicData uri="http://schemas.microsoft.com/office/word/2010/wordprocessingShape">
                    <wps:wsp>
                      <wps:cNvCnPr/>
                      <wps:spPr>
                        <a:xfrm>
                          <a:off x="0" y="0"/>
                          <a:ext cx="8961120" cy="0"/>
                        </a:xfrm>
                        <a:prstGeom prst="line">
                          <a:avLst/>
                        </a:prstGeom>
                        <a:ln>
                          <a:solidFill>
                            <a:schemeClr val="accent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6pt,-43.8pt" to="609.6pt,-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" strokecolor="#4f81bd [3204]" strokeweight="2pt">
                <v:shadow on="t" color="black" opacity="24903f" origin=",.5" offset="0,.55556mm"/>
              </v:line>
            </w:pict>
          </mc:Fallback>
        </mc:AlternateContent>
      </w:r>
      <w:r w:rsidR="00AB1C70" w:rsidRPr="001C70FC">
        <w:rPr>
          <w:b/>
          <w:sz w:val="56"/>
          <w:szCs w:val="56"/>
        </w:rPr>
        <w:t>Partner Identification Form (PIF)</w:t>
      </w:r>
      <w:r w:rsidR="00E94DF7" w:rsidRPr="00E94DF7">
        <w:rPr>
          <w:b/>
          <w:noProof/>
          <w:sz w:val="56"/>
          <w:szCs w:val="56"/>
        </w:rPr>
        <w:t xml:space="preserve"> </w:t>
      </w:r>
      <w:r w:rsidR="00E94DF7">
        <w:rPr>
          <w:b/>
          <w:noProof/>
          <w:sz w:val="56"/>
          <w:szCs w:val="56"/>
        </w:rPr>
        <w:t xml:space="preserve">       </w:t>
      </w:r>
    </w:p>
    <w:p w:rsidR="00E94DF7" w:rsidRPr="00E94DF7" w:rsidRDefault="00224AB0" w:rsidP="00E94DF7">
      <w:pPr>
        <w:jc w:val="right"/>
        <w:rPr>
          <w:b/>
          <w:sz w:val="56"/>
          <w:szCs w:val="56"/>
        </w:rPr>
      </w:pPr>
      <w:r>
        <w:rPr>
          <w:b/>
          <w:noProof/>
          <w:sz w:val="48"/>
          <w:szCs w:val="48"/>
        </w:rPr>
        <w:drawing>
          <wp:inline distT="0" distB="0" distL="0" distR="0" wp14:anchorId="5A59642E" wp14:editId="32651121">
            <wp:extent cx="1257300" cy="992381"/>
            <wp:effectExtent l="19050" t="0" r="19050" b="34163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a:extLst>
                        <a:ext uri="{28A0092B-C50C-407E-A947-70E740481C1C}">
                          <a14:useLocalDpi xmlns:a14="http://schemas.microsoft.com/office/drawing/2010/main" val="0"/>
                        </a:ext>
                      </a:extLst>
                    </a:blip>
                    <a:stretch>
                      <a:fillRect/>
                    </a:stretch>
                  </pic:blipFill>
                  <pic:spPr>
                    <a:xfrm>
                      <a:off x="0" y="0"/>
                      <a:ext cx="1271588" cy="100365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E94DF7">
        <w:rPr>
          <w:b/>
          <w:noProof/>
          <w:sz w:val="56"/>
          <w:szCs w:val="56"/>
        </w:rPr>
        <w:t xml:space="preserve">       </w:t>
      </w:r>
    </w:p>
    <w:p w:rsidR="00393271" w:rsidRPr="001C70FC" w:rsidRDefault="005B3105" w:rsidP="00E94DF7">
      <w:pPr>
        <w:rPr>
          <w:sz w:val="36"/>
          <w:szCs w:val="36"/>
        </w:rPr>
      </w:pPr>
      <w:r>
        <w:rPr>
          <w:noProof/>
          <w:sz w:val="36"/>
          <w:szCs w:val="36"/>
        </w:rPr>
        <mc:AlternateContent>
          <mc:Choice Requires="wps">
            <w:drawing>
              <wp:anchor distT="0" distB="0" distL="114300" distR="114300" simplePos="0" relativeHeight="251669504" behindDoc="0" locked="0" layoutInCell="1" allowOverlap="1">
                <wp:simplePos x="0" y="0"/>
                <wp:positionH relativeFrom="column">
                  <wp:posOffset>-289560</wp:posOffset>
                </wp:positionH>
                <wp:positionV relativeFrom="paragraph">
                  <wp:posOffset>735965</wp:posOffset>
                </wp:positionV>
                <wp:extent cx="621030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621030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8pt,57.95pt" to="466.2pt,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" strokecolor="#795d9b [3047]"/>
            </w:pict>
          </mc:Fallback>
        </mc:AlternateContent>
      </w:r>
      <w:r w:rsidR="00AB1C70" w:rsidRPr="001C70FC">
        <w:rPr>
          <w:sz w:val="36"/>
          <w:szCs w:val="36"/>
        </w:rPr>
        <w:t>Citizens’ Association for Research and Development of Digital Technologies – DIGITAL FUTURE Skopje</w:t>
      </w:r>
    </w:p>
    <w:p w:rsidR="00393271" w:rsidRPr="001C70FC" w:rsidRDefault="00AB1C70" w:rsidP="00E94DF7">
      <w:pPr>
        <w:rPr>
          <w:b/>
          <w:sz w:val="48"/>
          <w:szCs w:val="48"/>
        </w:rPr>
      </w:pPr>
      <w:r w:rsidRPr="001C70FC">
        <w:rPr>
          <w:b/>
          <w:sz w:val="48"/>
          <w:szCs w:val="48"/>
        </w:rPr>
        <w:t>General Information</w:t>
      </w:r>
    </w:p>
    <w:p w:rsidR="00393271" w:rsidRPr="001C70FC" w:rsidRDefault="00AB1C70" w:rsidP="00E94DF7">
      <w:pPr>
        <w:rPr>
          <w:sz w:val="32"/>
          <w:szCs w:val="32"/>
        </w:rPr>
      </w:pPr>
      <w:r w:rsidRPr="001C70FC">
        <w:rPr>
          <w:sz w:val="32"/>
          <w:szCs w:val="32"/>
        </w:rPr>
        <w:t>Full legal name</w:t>
      </w:r>
      <w:proofErr w:type="gramStart"/>
      <w:r w:rsidRPr="001C70FC">
        <w:rPr>
          <w:sz w:val="32"/>
          <w:szCs w:val="32"/>
        </w:rPr>
        <w:t>:</w:t>
      </w:r>
      <w:proofErr w:type="gramEnd"/>
      <w:r w:rsidRPr="001C70FC">
        <w:rPr>
          <w:sz w:val="32"/>
          <w:szCs w:val="32"/>
        </w:rPr>
        <w:br/>
        <w:t>Citizens' Association for Research and Development of Digital Technologies DIGITAL FUTURE Skopje</w:t>
      </w:r>
    </w:p>
    <w:p w:rsidR="00393271" w:rsidRPr="001C70FC" w:rsidRDefault="00AB1C70" w:rsidP="00E94DF7">
      <w:pPr>
        <w:rPr>
          <w:sz w:val="32"/>
          <w:szCs w:val="32"/>
        </w:rPr>
      </w:pPr>
      <w:r w:rsidRPr="001C70FC">
        <w:rPr>
          <w:sz w:val="32"/>
          <w:szCs w:val="32"/>
        </w:rPr>
        <w:t>Business name</w:t>
      </w:r>
      <w:proofErr w:type="gramStart"/>
      <w:r w:rsidRPr="001C70FC">
        <w:rPr>
          <w:sz w:val="32"/>
          <w:szCs w:val="32"/>
        </w:rPr>
        <w:t>:</w:t>
      </w:r>
      <w:proofErr w:type="gramEnd"/>
      <w:r w:rsidRPr="001C70FC">
        <w:rPr>
          <w:sz w:val="32"/>
          <w:szCs w:val="32"/>
        </w:rPr>
        <w:br/>
        <w:t>Digital Future</w:t>
      </w:r>
    </w:p>
    <w:p w:rsidR="00393271" w:rsidRPr="001C70FC" w:rsidRDefault="00AB1C70" w:rsidP="00E94DF7">
      <w:pPr>
        <w:rPr>
          <w:sz w:val="32"/>
          <w:szCs w:val="32"/>
        </w:rPr>
      </w:pPr>
      <w:r w:rsidRPr="001C70FC">
        <w:rPr>
          <w:sz w:val="32"/>
          <w:szCs w:val="32"/>
        </w:rPr>
        <w:t>Organisation ID</w:t>
      </w:r>
      <w:proofErr w:type="gramStart"/>
      <w:r w:rsidRPr="001C70FC">
        <w:rPr>
          <w:sz w:val="32"/>
          <w:szCs w:val="32"/>
        </w:rPr>
        <w:t>:</w:t>
      </w:r>
      <w:proofErr w:type="gramEnd"/>
      <w:r w:rsidRPr="001C70FC">
        <w:rPr>
          <w:sz w:val="32"/>
          <w:szCs w:val="32"/>
        </w:rPr>
        <w:br/>
        <w:t>E10413073</w:t>
      </w:r>
    </w:p>
    <w:p w:rsidR="00393271" w:rsidRPr="001C70FC" w:rsidRDefault="00AB1C70" w:rsidP="00E94DF7">
      <w:pPr>
        <w:rPr>
          <w:sz w:val="32"/>
          <w:szCs w:val="32"/>
        </w:rPr>
      </w:pPr>
      <w:r w:rsidRPr="001C70FC">
        <w:rPr>
          <w:sz w:val="32"/>
          <w:szCs w:val="32"/>
        </w:rPr>
        <w:t>National ID</w:t>
      </w:r>
      <w:proofErr w:type="gramStart"/>
      <w:r w:rsidRPr="001C70FC">
        <w:rPr>
          <w:sz w:val="32"/>
          <w:szCs w:val="32"/>
        </w:rPr>
        <w:t>:</w:t>
      </w:r>
      <w:proofErr w:type="gramEnd"/>
      <w:r w:rsidRPr="001C70FC">
        <w:rPr>
          <w:sz w:val="32"/>
          <w:szCs w:val="32"/>
        </w:rPr>
        <w:br/>
        <w:t>7875894</w:t>
      </w:r>
    </w:p>
    <w:p w:rsidR="00393271" w:rsidRPr="001C70FC" w:rsidRDefault="00AB1C70" w:rsidP="00E94DF7">
      <w:pPr>
        <w:rPr>
          <w:sz w:val="32"/>
          <w:szCs w:val="32"/>
        </w:rPr>
      </w:pPr>
      <w:r w:rsidRPr="001C70FC">
        <w:rPr>
          <w:sz w:val="32"/>
          <w:szCs w:val="32"/>
        </w:rPr>
        <w:t>Address</w:t>
      </w:r>
      <w:proofErr w:type="gramStart"/>
      <w:r w:rsidRPr="001C70FC">
        <w:rPr>
          <w:sz w:val="32"/>
          <w:szCs w:val="32"/>
        </w:rPr>
        <w:t>:</w:t>
      </w:r>
      <w:proofErr w:type="gramEnd"/>
      <w:r w:rsidRPr="001C70FC">
        <w:rPr>
          <w:sz w:val="32"/>
          <w:szCs w:val="32"/>
        </w:rPr>
        <w:br/>
        <w:t>Stogovo St. No. 17, Skopje – Karposh, North Macedonia</w:t>
      </w:r>
    </w:p>
    <w:p w:rsidR="00224AB0" w:rsidRDefault="00224AB0" w:rsidP="00E94DF7">
      <w:pPr>
        <w:rPr>
          <w:sz w:val="32"/>
          <w:szCs w:val="32"/>
        </w:rPr>
      </w:pPr>
      <w:r>
        <w:rPr>
          <w:sz w:val="32"/>
          <w:szCs w:val="32"/>
        </w:rPr>
        <w:t xml:space="preserve">Telephone: </w:t>
      </w:r>
      <w:r w:rsidR="00AB1C70" w:rsidRPr="001C70FC">
        <w:rPr>
          <w:sz w:val="32"/>
          <w:szCs w:val="32"/>
        </w:rPr>
        <w:t>+389 72 705 782</w:t>
      </w:r>
    </w:p>
    <w:p w:rsidR="00224AB0" w:rsidRDefault="00AB1C70" w:rsidP="00E94DF7">
      <w:pPr>
        <w:rPr>
          <w:sz w:val="32"/>
          <w:szCs w:val="32"/>
        </w:rPr>
      </w:pPr>
      <w:r w:rsidRPr="001C70FC">
        <w:rPr>
          <w:sz w:val="32"/>
          <w:szCs w:val="32"/>
        </w:rPr>
        <w:t>Email:</w:t>
      </w:r>
      <w:r w:rsidR="00E94DF7">
        <w:rPr>
          <w:sz w:val="32"/>
          <w:szCs w:val="32"/>
        </w:rPr>
        <w:t xml:space="preserve"> </w:t>
      </w:r>
      <w:hyperlink r:id="rId8" w:history="1">
        <w:r w:rsidR="00E94DF7" w:rsidRPr="00CE40CC">
          <w:rPr>
            <w:rStyle w:val="Hyperlink"/>
            <w:sz w:val="32"/>
            <w:szCs w:val="32"/>
          </w:rPr>
          <w:t>contact@digitalfuture.mk</w:t>
        </w:r>
      </w:hyperlink>
      <w:r w:rsidR="00E94DF7">
        <w:rPr>
          <w:sz w:val="32"/>
          <w:szCs w:val="32"/>
        </w:rPr>
        <w:t xml:space="preserve"> </w:t>
      </w:r>
    </w:p>
    <w:p w:rsidR="00E94DF7" w:rsidRPr="001C70FC" w:rsidRDefault="00AB1C70" w:rsidP="00E94DF7">
      <w:pPr>
        <w:rPr>
          <w:sz w:val="32"/>
          <w:szCs w:val="32"/>
        </w:rPr>
      </w:pPr>
      <w:r w:rsidRPr="001C70FC">
        <w:rPr>
          <w:sz w:val="32"/>
          <w:szCs w:val="32"/>
        </w:rPr>
        <w:t>Website:</w:t>
      </w:r>
      <w:r w:rsidR="00E94DF7">
        <w:rPr>
          <w:sz w:val="32"/>
          <w:szCs w:val="32"/>
        </w:rPr>
        <w:t xml:space="preserve"> </w:t>
      </w:r>
      <w:r w:rsidR="00E94DF7" w:rsidRPr="001C70FC">
        <w:rPr>
          <w:sz w:val="32"/>
          <w:szCs w:val="32"/>
        </w:rPr>
        <w:t>https://digitalfuture.mk</w:t>
      </w:r>
    </w:p>
    <w:p w:rsidR="001C70FC" w:rsidRDefault="005B3105" w:rsidP="00E94DF7">
      <w:pPr>
        <w:jc w:val="right"/>
        <w:rPr>
          <w:b/>
          <w:sz w:val="48"/>
          <w:szCs w:val="48"/>
        </w:rPr>
      </w:pPr>
      <w:r>
        <w:rPr>
          <w:noProof/>
          <w:sz w:val="36"/>
          <w:szCs w:val="36"/>
        </w:rPr>
        <w:lastRenderedPageBreak/>
        <mc:AlternateContent>
          <mc:Choice Requires="wps">
            <w:drawing>
              <wp:anchor distT="0" distB="0" distL="114300" distR="114300" simplePos="0" relativeHeight="251671552" behindDoc="0" locked="0" layoutInCell="1" allowOverlap="1" wp14:anchorId="31E7F129" wp14:editId="2A1B8DD5">
                <wp:simplePos x="0" y="0"/>
                <wp:positionH relativeFrom="column">
                  <wp:posOffset>-137160</wp:posOffset>
                </wp:positionH>
                <wp:positionV relativeFrom="paragraph">
                  <wp:posOffset>1303020</wp:posOffset>
                </wp:positionV>
                <wp:extent cx="6210300" cy="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621030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8"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pt,102.6pt" to="478.2pt,1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" strokecolor="#795d9b [3047]"/>
            </w:pict>
          </mc:Fallback>
        </mc:AlternateContent>
      </w:r>
      <w:r>
        <w:rPr>
          <w:b/>
          <w:noProof/>
          <w:sz w:val="56"/>
          <w:szCs w:val="56"/>
        </w:rPr>
        <mc:AlternateContent>
          <mc:Choice Requires="wps">
            <w:drawing>
              <wp:anchor distT="0" distB="0" distL="114300" distR="114300" simplePos="0" relativeHeight="251662336" behindDoc="0" locked="0" layoutInCell="1" allowOverlap="1" wp14:anchorId="002936FA" wp14:editId="482EB711">
                <wp:simplePos x="0" y="0"/>
                <wp:positionH relativeFrom="column">
                  <wp:posOffset>-1143000</wp:posOffset>
                </wp:positionH>
                <wp:positionV relativeFrom="paragraph">
                  <wp:posOffset>-952500</wp:posOffset>
                </wp:positionV>
                <wp:extent cx="8153400" cy="472440"/>
                <wp:effectExtent l="57150" t="19050" r="76200" b="99060"/>
                <wp:wrapNone/>
                <wp:docPr id="12" name="Rectangle 12"/>
                <wp:cNvGraphicFramePr/>
                <a:graphic xmlns:a="http://schemas.openxmlformats.org/drawingml/2006/main">
                  <a:graphicData uri="http://schemas.microsoft.com/office/word/2010/wordprocessingShape">
                    <wps:wsp>
                      <wps:cNvSpPr/>
                      <wps:spPr>
                        <a:xfrm>
                          <a:off x="0" y="0"/>
                          <a:ext cx="8153400" cy="472440"/>
                        </a:xfrm>
                        <a:prstGeom prst="rect">
                          <a:avLst/>
                        </a:prstGeom>
                        <a:solidFill>
                          <a:schemeClr val="tx2"/>
                        </a:solidFill>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 o:spid="_x0000_s1026" style="position:absolute;margin-left:-90pt;margin-top:-75pt;width:642pt;height:3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" fillcolor="#1f497d [3215]" strokecolor="#4f81bd [3204]">
                <v:shadow on="t" color="black" opacity="22937f" origin=",.5" offset="0,.63889mm"/>
              </v:rect>
            </w:pict>
          </mc:Fallback>
        </mc:AlternateContent>
      </w:r>
      <w:r w:rsidR="00E94DF7">
        <w:rPr>
          <w:b/>
          <w:noProof/>
          <w:sz w:val="48"/>
          <w:szCs w:val="48"/>
        </w:rPr>
        <w:drawing>
          <wp:inline distT="0" distB="0" distL="0" distR="0" wp14:anchorId="4331D206" wp14:editId="69530B5D">
            <wp:extent cx="1257300" cy="992381"/>
            <wp:effectExtent l="19050" t="0" r="19050" b="3416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a:extLst>
                        <a:ext uri="{28A0092B-C50C-407E-A947-70E740481C1C}">
                          <a14:useLocalDpi xmlns:a14="http://schemas.microsoft.com/office/drawing/2010/main" val="0"/>
                        </a:ext>
                      </a:extLst>
                    </a:blip>
                    <a:stretch>
                      <a:fillRect/>
                    </a:stretch>
                  </pic:blipFill>
                  <pic:spPr>
                    <a:xfrm>
                      <a:off x="0" y="0"/>
                      <a:ext cx="1271588" cy="100365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393271" w:rsidRPr="001C70FC" w:rsidRDefault="00AB1C70" w:rsidP="00E94DF7">
      <w:pPr>
        <w:rPr>
          <w:b/>
          <w:sz w:val="48"/>
          <w:szCs w:val="48"/>
        </w:rPr>
      </w:pPr>
      <w:proofErr w:type="spellStart"/>
      <w:r w:rsidRPr="001C70FC">
        <w:rPr>
          <w:b/>
          <w:sz w:val="48"/>
          <w:szCs w:val="48"/>
        </w:rPr>
        <w:t>Organisation</w:t>
      </w:r>
      <w:proofErr w:type="spellEnd"/>
      <w:r w:rsidRPr="001C70FC">
        <w:rPr>
          <w:b/>
          <w:sz w:val="48"/>
          <w:szCs w:val="48"/>
        </w:rPr>
        <w:t xml:space="preserve"> Profile</w:t>
      </w:r>
    </w:p>
    <w:p w:rsidR="00393271" w:rsidRPr="001C70FC" w:rsidRDefault="00AB1C70" w:rsidP="00E94DF7">
      <w:pPr>
        <w:rPr>
          <w:sz w:val="32"/>
          <w:szCs w:val="32"/>
        </w:rPr>
      </w:pPr>
      <w:r w:rsidRPr="001C70FC">
        <w:rPr>
          <w:sz w:val="32"/>
          <w:szCs w:val="32"/>
        </w:rPr>
        <w:t xml:space="preserve">Type of </w:t>
      </w:r>
      <w:proofErr w:type="spellStart"/>
      <w:r w:rsidRPr="001C70FC">
        <w:rPr>
          <w:sz w:val="32"/>
          <w:szCs w:val="32"/>
        </w:rPr>
        <w:t>organisation</w:t>
      </w:r>
      <w:proofErr w:type="spellEnd"/>
      <w:proofErr w:type="gramStart"/>
      <w:r w:rsidRPr="001C70FC">
        <w:rPr>
          <w:sz w:val="32"/>
          <w:szCs w:val="32"/>
        </w:rPr>
        <w:t>:</w:t>
      </w:r>
      <w:proofErr w:type="gramEnd"/>
      <w:r w:rsidRPr="001C70FC">
        <w:rPr>
          <w:sz w:val="32"/>
          <w:szCs w:val="32"/>
        </w:rPr>
        <w:br/>
      </w:r>
      <w:r w:rsidRPr="001C70FC">
        <w:rPr>
          <w:b/>
          <w:sz w:val="32"/>
          <w:szCs w:val="32"/>
        </w:rPr>
        <w:t xml:space="preserve">Non-Governmental </w:t>
      </w:r>
      <w:proofErr w:type="spellStart"/>
      <w:r w:rsidRPr="001C70FC">
        <w:rPr>
          <w:b/>
          <w:sz w:val="32"/>
          <w:szCs w:val="32"/>
        </w:rPr>
        <w:t>Organisation</w:t>
      </w:r>
      <w:proofErr w:type="spellEnd"/>
      <w:r w:rsidRPr="001C70FC">
        <w:rPr>
          <w:b/>
          <w:sz w:val="32"/>
          <w:szCs w:val="32"/>
        </w:rPr>
        <w:t xml:space="preserve"> (NGO)</w:t>
      </w:r>
    </w:p>
    <w:p w:rsidR="00393271" w:rsidRPr="001C70FC" w:rsidRDefault="00AB1C70" w:rsidP="00E94DF7">
      <w:pPr>
        <w:rPr>
          <w:sz w:val="32"/>
          <w:szCs w:val="32"/>
        </w:rPr>
      </w:pPr>
      <w:r w:rsidRPr="001C70FC">
        <w:rPr>
          <w:sz w:val="32"/>
          <w:szCs w:val="32"/>
        </w:rPr>
        <w:t>Main fields of activity</w:t>
      </w:r>
      <w:proofErr w:type="gramStart"/>
      <w:r w:rsidRPr="001C70FC">
        <w:rPr>
          <w:sz w:val="32"/>
          <w:szCs w:val="32"/>
        </w:rPr>
        <w:t>:</w:t>
      </w:r>
      <w:proofErr w:type="gramEnd"/>
      <w:r w:rsidRPr="001C70FC">
        <w:rPr>
          <w:sz w:val="32"/>
          <w:szCs w:val="32"/>
        </w:rPr>
        <w:br/>
        <w:t>Digitalisation, research and development of digital technologies, digital skills, innovation and youth empowerment</w:t>
      </w:r>
    </w:p>
    <w:p w:rsidR="00393271" w:rsidRPr="001C70FC" w:rsidRDefault="00AB1C70" w:rsidP="00E94DF7">
      <w:pPr>
        <w:rPr>
          <w:sz w:val="32"/>
          <w:szCs w:val="32"/>
        </w:rPr>
      </w:pPr>
      <w:r w:rsidRPr="001C70FC">
        <w:rPr>
          <w:sz w:val="32"/>
          <w:szCs w:val="32"/>
        </w:rPr>
        <w:t>Public body</w:t>
      </w:r>
      <w:proofErr w:type="gramStart"/>
      <w:r w:rsidRPr="001C70FC">
        <w:rPr>
          <w:sz w:val="32"/>
          <w:szCs w:val="32"/>
        </w:rPr>
        <w:t>:</w:t>
      </w:r>
      <w:proofErr w:type="gramEnd"/>
      <w:r w:rsidRPr="001C70FC">
        <w:rPr>
          <w:sz w:val="32"/>
          <w:szCs w:val="32"/>
        </w:rPr>
        <w:br/>
        <w:t>No</w:t>
      </w:r>
    </w:p>
    <w:p w:rsidR="00393271" w:rsidRPr="001C70FC" w:rsidRDefault="005B3105" w:rsidP="00E94DF7">
      <w:pPr>
        <w:rPr>
          <w:sz w:val="32"/>
          <w:szCs w:val="32"/>
        </w:rPr>
      </w:pPr>
      <w:r>
        <w:rPr>
          <w:noProof/>
          <w:sz w:val="36"/>
          <w:szCs w:val="36"/>
        </w:rPr>
        <mc:AlternateContent>
          <mc:Choice Requires="wps">
            <w:drawing>
              <wp:anchor distT="0" distB="0" distL="114300" distR="114300" simplePos="0" relativeHeight="251673600" behindDoc="0" locked="0" layoutInCell="1" allowOverlap="1" wp14:anchorId="5BA032BF" wp14:editId="2BC7A507">
                <wp:simplePos x="0" y="0"/>
                <wp:positionH relativeFrom="column">
                  <wp:posOffset>-472440</wp:posOffset>
                </wp:positionH>
                <wp:positionV relativeFrom="paragraph">
                  <wp:posOffset>640715</wp:posOffset>
                </wp:positionV>
                <wp:extent cx="62103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621030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2pt,50.45pt" to="451.8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" strokecolor="#795d9b [3047]"/>
            </w:pict>
          </mc:Fallback>
        </mc:AlternateContent>
      </w:r>
      <w:r w:rsidR="00AB1C70" w:rsidRPr="001C70FC">
        <w:rPr>
          <w:sz w:val="32"/>
          <w:szCs w:val="32"/>
        </w:rPr>
        <w:t xml:space="preserve">Non-profit </w:t>
      </w:r>
      <w:proofErr w:type="spellStart"/>
      <w:r w:rsidR="00AB1C70" w:rsidRPr="001C70FC">
        <w:rPr>
          <w:sz w:val="32"/>
          <w:szCs w:val="32"/>
        </w:rPr>
        <w:t>organisation</w:t>
      </w:r>
      <w:proofErr w:type="spellEnd"/>
      <w:proofErr w:type="gramStart"/>
      <w:r w:rsidR="00AB1C70" w:rsidRPr="001C70FC">
        <w:rPr>
          <w:sz w:val="32"/>
          <w:szCs w:val="32"/>
        </w:rPr>
        <w:t>:</w:t>
      </w:r>
      <w:proofErr w:type="gramEnd"/>
      <w:r w:rsidR="00AB1C70" w:rsidRPr="001C70FC">
        <w:rPr>
          <w:sz w:val="32"/>
          <w:szCs w:val="32"/>
        </w:rPr>
        <w:br/>
        <w:t>Yes</w:t>
      </w:r>
    </w:p>
    <w:p w:rsidR="00393271" w:rsidRPr="001C70FC" w:rsidRDefault="00AB1C70" w:rsidP="00E94DF7">
      <w:pPr>
        <w:rPr>
          <w:b/>
          <w:sz w:val="48"/>
          <w:szCs w:val="48"/>
        </w:rPr>
      </w:pPr>
      <w:r w:rsidRPr="001C70FC">
        <w:rPr>
          <w:b/>
          <w:sz w:val="48"/>
          <w:szCs w:val="48"/>
        </w:rPr>
        <w:t>Legal Representative</w:t>
      </w:r>
    </w:p>
    <w:p w:rsidR="00393271" w:rsidRPr="001C70FC" w:rsidRDefault="00AB1C70" w:rsidP="00E94DF7">
      <w:pPr>
        <w:rPr>
          <w:sz w:val="32"/>
          <w:szCs w:val="32"/>
        </w:rPr>
      </w:pPr>
      <w:r w:rsidRPr="001C70FC">
        <w:rPr>
          <w:sz w:val="32"/>
          <w:szCs w:val="32"/>
        </w:rPr>
        <w:t>Name</w:t>
      </w:r>
      <w:proofErr w:type="gramStart"/>
      <w:r w:rsidRPr="001C70FC">
        <w:rPr>
          <w:sz w:val="32"/>
          <w:szCs w:val="32"/>
        </w:rPr>
        <w:t>:</w:t>
      </w:r>
      <w:proofErr w:type="gramEnd"/>
      <w:r w:rsidRPr="001C70FC">
        <w:rPr>
          <w:sz w:val="32"/>
          <w:szCs w:val="32"/>
        </w:rPr>
        <w:br/>
        <w:t>Mr. Filip Andonovski</w:t>
      </w:r>
    </w:p>
    <w:p w:rsidR="00E94DF7" w:rsidRDefault="00AB1C70" w:rsidP="00E94DF7">
      <w:pPr>
        <w:rPr>
          <w:sz w:val="32"/>
          <w:szCs w:val="32"/>
        </w:rPr>
      </w:pPr>
      <w:r w:rsidRPr="001C70FC">
        <w:rPr>
          <w:sz w:val="32"/>
          <w:szCs w:val="32"/>
        </w:rPr>
        <w:t>Position</w:t>
      </w:r>
      <w:proofErr w:type="gramStart"/>
      <w:r w:rsidRPr="001C70FC">
        <w:rPr>
          <w:sz w:val="32"/>
          <w:szCs w:val="32"/>
        </w:rPr>
        <w:t>:</w:t>
      </w:r>
      <w:proofErr w:type="gramEnd"/>
      <w:r w:rsidRPr="001C70FC">
        <w:rPr>
          <w:sz w:val="32"/>
          <w:szCs w:val="32"/>
        </w:rPr>
        <w:br/>
        <w:t>President</w:t>
      </w:r>
    </w:p>
    <w:p w:rsidR="00224AB0" w:rsidRDefault="00AB1C70" w:rsidP="00E94DF7">
      <w:pPr>
        <w:rPr>
          <w:sz w:val="32"/>
          <w:szCs w:val="32"/>
        </w:rPr>
      </w:pPr>
      <w:r w:rsidRPr="001C70FC">
        <w:rPr>
          <w:sz w:val="32"/>
          <w:szCs w:val="32"/>
        </w:rPr>
        <w:t>Email</w:t>
      </w:r>
      <w:proofErr w:type="gramStart"/>
      <w:r w:rsidRPr="001C70FC">
        <w:rPr>
          <w:sz w:val="32"/>
          <w:szCs w:val="32"/>
        </w:rPr>
        <w:t>:</w:t>
      </w:r>
      <w:proofErr w:type="gramEnd"/>
      <w:r w:rsidRPr="001C70FC">
        <w:rPr>
          <w:sz w:val="32"/>
          <w:szCs w:val="32"/>
        </w:rPr>
        <w:br/>
      </w:r>
      <w:r w:rsidR="00224AB0">
        <w:rPr>
          <w:sz w:val="32"/>
          <w:szCs w:val="32"/>
        </w:rPr>
        <w:t>filipceandonovski@gmail.com</w:t>
      </w:r>
    </w:p>
    <w:p w:rsidR="001C70FC" w:rsidRPr="00E94DF7" w:rsidRDefault="00E94DF7" w:rsidP="00E94DF7">
      <w:pPr>
        <w:rPr>
          <w:sz w:val="32"/>
          <w:szCs w:val="32"/>
        </w:rPr>
      </w:pPr>
      <w:r>
        <w:rPr>
          <w:sz w:val="32"/>
          <w:szCs w:val="32"/>
        </w:rPr>
        <w:t>Telephone</w:t>
      </w:r>
      <w:proofErr w:type="gramStart"/>
      <w:r>
        <w:rPr>
          <w:sz w:val="32"/>
          <w:szCs w:val="32"/>
        </w:rPr>
        <w:t>:</w:t>
      </w:r>
      <w:r w:rsidR="00AB1C70" w:rsidRPr="001C70FC">
        <w:rPr>
          <w:sz w:val="32"/>
          <w:szCs w:val="32"/>
        </w:rPr>
        <w:t>+</w:t>
      </w:r>
      <w:proofErr w:type="gramEnd"/>
      <w:r w:rsidR="00AB1C70" w:rsidRPr="001C70FC">
        <w:rPr>
          <w:sz w:val="32"/>
          <w:szCs w:val="32"/>
        </w:rPr>
        <w:t>389 72 705 782</w:t>
      </w:r>
    </w:p>
    <w:p w:rsidR="001C70FC" w:rsidRDefault="005B3105" w:rsidP="00E94DF7">
      <w:pPr>
        <w:jc w:val="right"/>
        <w:rPr>
          <w:b/>
          <w:sz w:val="48"/>
          <w:szCs w:val="48"/>
        </w:rPr>
      </w:pPr>
      <w:r>
        <w:rPr>
          <w:noProof/>
          <w:sz w:val="36"/>
          <w:szCs w:val="36"/>
        </w:rPr>
        <w:lastRenderedPageBreak/>
        <mc:AlternateContent>
          <mc:Choice Requires="wps">
            <w:drawing>
              <wp:anchor distT="0" distB="0" distL="114300" distR="114300" simplePos="0" relativeHeight="251675648" behindDoc="0" locked="0" layoutInCell="1" allowOverlap="1" wp14:anchorId="2088CC70" wp14:editId="3B17A2A7">
                <wp:simplePos x="0" y="0"/>
                <wp:positionH relativeFrom="column">
                  <wp:posOffset>-137160</wp:posOffset>
                </wp:positionH>
                <wp:positionV relativeFrom="paragraph">
                  <wp:posOffset>1280160</wp:posOffset>
                </wp:positionV>
                <wp:extent cx="6210300" cy="0"/>
                <wp:effectExtent l="0" t="0" r="19050" b="19050"/>
                <wp:wrapNone/>
                <wp:docPr id="20" name="Straight Connector 20"/>
                <wp:cNvGraphicFramePr/>
                <a:graphic xmlns:a="http://schemas.openxmlformats.org/drawingml/2006/main">
                  <a:graphicData uri="http://schemas.microsoft.com/office/word/2010/wordprocessingShape">
                    <wps:wsp>
                      <wps:cNvCnPr/>
                      <wps:spPr>
                        <a:xfrm>
                          <a:off x="0" y="0"/>
                          <a:ext cx="621030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0"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pt,100.8pt" to="478.2pt,1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" strokecolor="#795d9b [3047]"/>
            </w:pict>
          </mc:Fallback>
        </mc:AlternateContent>
      </w:r>
      <w:r>
        <w:rPr>
          <w:b/>
          <w:noProof/>
          <w:sz w:val="56"/>
          <w:szCs w:val="56"/>
        </w:rPr>
        <mc:AlternateContent>
          <mc:Choice Requires="wps">
            <w:drawing>
              <wp:anchor distT="0" distB="0" distL="114300" distR="114300" simplePos="0" relativeHeight="251664384" behindDoc="0" locked="0" layoutInCell="1" allowOverlap="1" wp14:anchorId="4063CCC1" wp14:editId="4FB2DC8F">
                <wp:simplePos x="0" y="0"/>
                <wp:positionH relativeFrom="column">
                  <wp:posOffset>-1143000</wp:posOffset>
                </wp:positionH>
                <wp:positionV relativeFrom="paragraph">
                  <wp:posOffset>-982980</wp:posOffset>
                </wp:positionV>
                <wp:extent cx="8153400" cy="472440"/>
                <wp:effectExtent l="57150" t="19050" r="76200" b="99060"/>
                <wp:wrapNone/>
                <wp:docPr id="13" name="Rectangle 13"/>
                <wp:cNvGraphicFramePr/>
                <a:graphic xmlns:a="http://schemas.openxmlformats.org/drawingml/2006/main">
                  <a:graphicData uri="http://schemas.microsoft.com/office/word/2010/wordprocessingShape">
                    <wps:wsp>
                      <wps:cNvSpPr/>
                      <wps:spPr>
                        <a:xfrm>
                          <a:off x="0" y="0"/>
                          <a:ext cx="8153400" cy="472440"/>
                        </a:xfrm>
                        <a:prstGeom prst="rect">
                          <a:avLst/>
                        </a:prstGeom>
                        <a:solidFill>
                          <a:schemeClr val="tx2"/>
                        </a:solidFill>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3" o:spid="_x0000_s1026" style="position:absolute;margin-left:-90pt;margin-top:-77.4pt;width:642pt;height:3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" fillcolor="#1f497d [3215]" strokecolor="#4f81bd [3204]">
                <v:shadow on="t" color="black" opacity="22937f" origin=",.5" offset="0,.63889mm"/>
              </v:rect>
            </w:pict>
          </mc:Fallback>
        </mc:AlternateContent>
      </w:r>
      <w:r w:rsidR="00E94DF7">
        <w:rPr>
          <w:b/>
          <w:noProof/>
          <w:sz w:val="48"/>
          <w:szCs w:val="48"/>
        </w:rPr>
        <w:drawing>
          <wp:inline distT="0" distB="0" distL="0" distR="0" wp14:anchorId="5A59642E" wp14:editId="32651121">
            <wp:extent cx="1257300" cy="992381"/>
            <wp:effectExtent l="19050" t="0" r="19050" b="34163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a:extLst>
                        <a:ext uri="{28A0092B-C50C-407E-A947-70E740481C1C}">
                          <a14:useLocalDpi xmlns:a14="http://schemas.microsoft.com/office/drawing/2010/main" val="0"/>
                        </a:ext>
                      </a:extLst>
                    </a:blip>
                    <a:stretch>
                      <a:fillRect/>
                    </a:stretch>
                  </pic:blipFill>
                  <pic:spPr>
                    <a:xfrm>
                      <a:off x="0" y="0"/>
                      <a:ext cx="1271588" cy="100365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393271" w:rsidRPr="001C70FC" w:rsidRDefault="00AB1C70" w:rsidP="00E94DF7">
      <w:pPr>
        <w:rPr>
          <w:b/>
          <w:sz w:val="48"/>
          <w:szCs w:val="48"/>
        </w:rPr>
      </w:pPr>
      <w:r w:rsidRPr="001C70FC">
        <w:rPr>
          <w:b/>
          <w:sz w:val="48"/>
          <w:szCs w:val="48"/>
        </w:rPr>
        <w:t>Person</w:t>
      </w:r>
      <w:bookmarkStart w:id="0" w:name="_GoBack"/>
      <w:bookmarkEnd w:id="0"/>
    </w:p>
    <w:p w:rsidR="00393271" w:rsidRPr="001C70FC" w:rsidRDefault="00AB1C70" w:rsidP="00E94DF7">
      <w:pPr>
        <w:rPr>
          <w:sz w:val="32"/>
          <w:szCs w:val="32"/>
        </w:rPr>
      </w:pPr>
      <w:r w:rsidRPr="001C70FC">
        <w:rPr>
          <w:sz w:val="32"/>
          <w:szCs w:val="32"/>
        </w:rPr>
        <w:t>Name</w:t>
      </w:r>
      <w:proofErr w:type="gramStart"/>
      <w:r w:rsidRPr="001C70FC">
        <w:rPr>
          <w:sz w:val="32"/>
          <w:szCs w:val="32"/>
        </w:rPr>
        <w:t>:</w:t>
      </w:r>
      <w:proofErr w:type="gramEnd"/>
      <w:r w:rsidRPr="001C70FC">
        <w:rPr>
          <w:sz w:val="32"/>
          <w:szCs w:val="32"/>
        </w:rPr>
        <w:br/>
        <w:t>Tomislav Filipovski</w:t>
      </w:r>
    </w:p>
    <w:p w:rsidR="00393271" w:rsidRPr="001C70FC" w:rsidRDefault="00AB1C70" w:rsidP="00E94DF7">
      <w:pPr>
        <w:rPr>
          <w:sz w:val="32"/>
          <w:szCs w:val="32"/>
        </w:rPr>
      </w:pPr>
      <w:r w:rsidRPr="001C70FC">
        <w:rPr>
          <w:sz w:val="32"/>
          <w:szCs w:val="32"/>
        </w:rPr>
        <w:t>Position</w:t>
      </w:r>
      <w:proofErr w:type="gramStart"/>
      <w:r w:rsidRPr="001C70FC">
        <w:rPr>
          <w:sz w:val="32"/>
          <w:szCs w:val="32"/>
        </w:rPr>
        <w:t>:</w:t>
      </w:r>
      <w:proofErr w:type="gramEnd"/>
      <w:r w:rsidRPr="001C70FC">
        <w:rPr>
          <w:sz w:val="32"/>
          <w:szCs w:val="32"/>
        </w:rPr>
        <w:br/>
        <w:t>Project and Partnership Contact Person</w:t>
      </w:r>
    </w:p>
    <w:p w:rsidR="00393271" w:rsidRPr="001C70FC" w:rsidRDefault="00AB1C70" w:rsidP="00E94DF7">
      <w:pPr>
        <w:rPr>
          <w:sz w:val="32"/>
          <w:szCs w:val="32"/>
        </w:rPr>
      </w:pPr>
      <w:r w:rsidRPr="001C70FC">
        <w:rPr>
          <w:sz w:val="32"/>
          <w:szCs w:val="32"/>
        </w:rPr>
        <w:t>Email</w:t>
      </w:r>
      <w:proofErr w:type="gramStart"/>
      <w:r w:rsidRPr="001C70FC">
        <w:rPr>
          <w:sz w:val="32"/>
          <w:szCs w:val="32"/>
        </w:rPr>
        <w:t>:</w:t>
      </w:r>
      <w:proofErr w:type="gramEnd"/>
      <w:r w:rsidRPr="001C70FC">
        <w:rPr>
          <w:sz w:val="32"/>
          <w:szCs w:val="32"/>
        </w:rPr>
        <w:br/>
        <w:t>tomislav.tf50@gmail.com</w:t>
      </w:r>
    </w:p>
    <w:p w:rsidR="00393271" w:rsidRPr="001C70FC" w:rsidRDefault="001C70FC" w:rsidP="00E94DF7">
      <w:pPr>
        <w:rPr>
          <w:sz w:val="32"/>
          <w:szCs w:val="32"/>
        </w:rPr>
      </w:pPr>
      <w:r w:rsidRPr="001C70FC">
        <w:rPr>
          <w:sz w:val="32"/>
          <w:szCs w:val="32"/>
        </w:rPr>
        <w:t>Telephone</w:t>
      </w:r>
      <w:proofErr w:type="gramStart"/>
      <w:r w:rsidRPr="001C70FC">
        <w:rPr>
          <w:sz w:val="32"/>
          <w:szCs w:val="32"/>
        </w:rPr>
        <w:t>:</w:t>
      </w:r>
      <w:proofErr w:type="gramEnd"/>
      <w:r w:rsidRPr="001C70FC">
        <w:rPr>
          <w:sz w:val="32"/>
          <w:szCs w:val="32"/>
        </w:rPr>
        <w:br/>
        <w:t>+389 71 909 252</w:t>
      </w:r>
    </w:p>
    <w:p w:rsidR="001C70FC" w:rsidRDefault="005B3105" w:rsidP="00E94DF7">
      <w:pPr>
        <w:rPr>
          <w:b/>
          <w:sz w:val="48"/>
          <w:szCs w:val="48"/>
        </w:rPr>
      </w:pPr>
      <w:r>
        <w:rPr>
          <w:noProof/>
          <w:sz w:val="36"/>
          <w:szCs w:val="36"/>
        </w:rPr>
        <mc:AlternateContent>
          <mc:Choice Requires="wps">
            <w:drawing>
              <wp:anchor distT="0" distB="0" distL="114300" distR="114300" simplePos="0" relativeHeight="251677696" behindDoc="0" locked="0" layoutInCell="1" allowOverlap="1" wp14:anchorId="2088CC70" wp14:editId="3B17A2A7">
                <wp:simplePos x="0" y="0"/>
                <wp:positionH relativeFrom="column">
                  <wp:posOffset>-251460</wp:posOffset>
                </wp:positionH>
                <wp:positionV relativeFrom="paragraph">
                  <wp:posOffset>224155</wp:posOffset>
                </wp:positionV>
                <wp:extent cx="6210300" cy="0"/>
                <wp:effectExtent l="0" t="0" r="19050" b="19050"/>
                <wp:wrapNone/>
                <wp:docPr id="21" name="Straight Connector 21"/>
                <wp:cNvGraphicFramePr/>
                <a:graphic xmlns:a="http://schemas.openxmlformats.org/drawingml/2006/main">
                  <a:graphicData uri="http://schemas.microsoft.com/office/word/2010/wordprocessingShape">
                    <wps:wsp>
                      <wps:cNvCnPr/>
                      <wps:spPr>
                        <a:xfrm>
                          <a:off x="0" y="0"/>
                          <a:ext cx="621030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pt,17.65pt" to="469.2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" strokecolor="#795d9b [3047]"/>
            </w:pict>
          </mc:Fallback>
        </mc:AlternateContent>
      </w:r>
    </w:p>
    <w:p w:rsidR="00393271" w:rsidRPr="001C70FC" w:rsidRDefault="00AB1C70" w:rsidP="00E94DF7">
      <w:pPr>
        <w:rPr>
          <w:b/>
          <w:sz w:val="48"/>
          <w:szCs w:val="48"/>
        </w:rPr>
      </w:pPr>
      <w:r w:rsidRPr="001C70FC">
        <w:rPr>
          <w:b/>
          <w:sz w:val="48"/>
          <w:szCs w:val="48"/>
        </w:rPr>
        <w:t xml:space="preserve">Brief Overview of the </w:t>
      </w:r>
      <w:proofErr w:type="spellStart"/>
      <w:r w:rsidRPr="001C70FC">
        <w:rPr>
          <w:b/>
          <w:sz w:val="48"/>
          <w:szCs w:val="48"/>
        </w:rPr>
        <w:t>Organisation</w:t>
      </w:r>
      <w:proofErr w:type="spellEnd"/>
    </w:p>
    <w:p w:rsidR="00393271" w:rsidRPr="001C70FC" w:rsidRDefault="00AB1C70" w:rsidP="00E94DF7">
      <w:pPr>
        <w:rPr>
          <w:sz w:val="32"/>
          <w:szCs w:val="32"/>
        </w:rPr>
      </w:pPr>
      <w:r w:rsidRPr="001C70FC">
        <w:rPr>
          <w:sz w:val="32"/>
          <w:szCs w:val="32"/>
        </w:rPr>
        <w:t>Digital Future is a non-governmental organisation focused on strengthening digital skills, innovation and digital entrepreneurship, particularly among young people. The organisation aims to support digital transformation through education, research, workshops and capacity-building activities, while fostering local and international cooperation in the field of digital technologies.</w:t>
      </w:r>
    </w:p>
    <w:p w:rsidR="001C70FC" w:rsidRDefault="005B3105" w:rsidP="00E94DF7">
      <w:pPr>
        <w:jc w:val="right"/>
        <w:rPr>
          <w:b/>
          <w:sz w:val="48"/>
          <w:szCs w:val="48"/>
        </w:rPr>
      </w:pPr>
      <w:r>
        <w:rPr>
          <w:noProof/>
          <w:sz w:val="36"/>
          <w:szCs w:val="36"/>
        </w:rPr>
        <w:lastRenderedPageBreak/>
        <mc:AlternateContent>
          <mc:Choice Requires="wps">
            <w:drawing>
              <wp:anchor distT="0" distB="0" distL="114300" distR="114300" simplePos="0" relativeHeight="251679744" behindDoc="0" locked="0" layoutInCell="1" allowOverlap="1" wp14:anchorId="4A5187A6" wp14:editId="34CDD52E">
                <wp:simplePos x="0" y="0"/>
                <wp:positionH relativeFrom="column">
                  <wp:posOffset>-396240</wp:posOffset>
                </wp:positionH>
                <wp:positionV relativeFrom="paragraph">
                  <wp:posOffset>1303020</wp:posOffset>
                </wp:positionV>
                <wp:extent cx="6210300" cy="0"/>
                <wp:effectExtent l="0" t="0" r="19050" b="19050"/>
                <wp:wrapNone/>
                <wp:docPr id="23" name="Straight Connector 23"/>
                <wp:cNvGraphicFramePr/>
                <a:graphic xmlns:a="http://schemas.openxmlformats.org/drawingml/2006/main">
                  <a:graphicData uri="http://schemas.microsoft.com/office/word/2010/wordprocessingShape">
                    <wps:wsp>
                      <wps:cNvCnPr/>
                      <wps:spPr>
                        <a:xfrm>
                          <a:off x="0" y="0"/>
                          <a:ext cx="621030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3"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pt,102.6pt" to="457.8pt,1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" strokecolor="#795d9b [3047]"/>
            </w:pict>
          </mc:Fallback>
        </mc:AlternateContent>
      </w:r>
      <w:r>
        <w:rPr>
          <w:b/>
          <w:noProof/>
          <w:sz w:val="56"/>
          <w:szCs w:val="56"/>
        </w:rPr>
        <mc:AlternateContent>
          <mc:Choice Requires="wps">
            <w:drawing>
              <wp:anchor distT="0" distB="0" distL="114300" distR="114300" simplePos="0" relativeHeight="251666432" behindDoc="0" locked="0" layoutInCell="1" allowOverlap="1" wp14:anchorId="629FDF48" wp14:editId="2A45B921">
                <wp:simplePos x="0" y="0"/>
                <wp:positionH relativeFrom="column">
                  <wp:posOffset>-1143000</wp:posOffset>
                </wp:positionH>
                <wp:positionV relativeFrom="paragraph">
                  <wp:posOffset>-998220</wp:posOffset>
                </wp:positionV>
                <wp:extent cx="8153400" cy="472440"/>
                <wp:effectExtent l="57150" t="19050" r="76200" b="99060"/>
                <wp:wrapNone/>
                <wp:docPr id="14" name="Rectangle 14"/>
                <wp:cNvGraphicFramePr/>
                <a:graphic xmlns:a="http://schemas.openxmlformats.org/drawingml/2006/main">
                  <a:graphicData uri="http://schemas.microsoft.com/office/word/2010/wordprocessingShape">
                    <wps:wsp>
                      <wps:cNvSpPr/>
                      <wps:spPr>
                        <a:xfrm>
                          <a:off x="0" y="0"/>
                          <a:ext cx="8153400" cy="472440"/>
                        </a:xfrm>
                        <a:prstGeom prst="rect">
                          <a:avLst/>
                        </a:prstGeom>
                        <a:solidFill>
                          <a:schemeClr val="tx2"/>
                        </a:solidFill>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26" style="position:absolute;margin-left:-90pt;margin-top:-78.6pt;width:642pt;height:37.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" fillcolor="#1f497d [3215]" strokecolor="#4f81bd [3204]">
                <v:shadow on="t" color="black" opacity="22937f" origin=",.5" offset="0,.63889mm"/>
              </v:rect>
            </w:pict>
          </mc:Fallback>
        </mc:AlternateContent>
      </w:r>
      <w:r w:rsidR="00E94DF7">
        <w:rPr>
          <w:b/>
          <w:noProof/>
          <w:sz w:val="48"/>
          <w:szCs w:val="48"/>
        </w:rPr>
        <w:drawing>
          <wp:inline distT="0" distB="0" distL="0" distR="0" wp14:anchorId="4FDBF703" wp14:editId="44A007A1">
            <wp:extent cx="1257300" cy="992381"/>
            <wp:effectExtent l="19050" t="0" r="19050" b="3416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a:extLst>
                        <a:ext uri="{28A0092B-C50C-407E-A947-70E740481C1C}">
                          <a14:useLocalDpi xmlns:a14="http://schemas.microsoft.com/office/drawing/2010/main" val="0"/>
                        </a:ext>
                      </a:extLst>
                    </a:blip>
                    <a:stretch>
                      <a:fillRect/>
                    </a:stretch>
                  </pic:blipFill>
                  <pic:spPr>
                    <a:xfrm>
                      <a:off x="0" y="0"/>
                      <a:ext cx="1271588" cy="100365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393271" w:rsidRPr="001C70FC" w:rsidRDefault="00AB1C70" w:rsidP="00E94DF7">
      <w:pPr>
        <w:rPr>
          <w:b/>
          <w:sz w:val="48"/>
          <w:szCs w:val="48"/>
        </w:rPr>
      </w:pPr>
      <w:r w:rsidRPr="001C70FC">
        <w:rPr>
          <w:b/>
          <w:sz w:val="48"/>
          <w:szCs w:val="48"/>
        </w:rPr>
        <w:t>Activities and Experience</w:t>
      </w:r>
    </w:p>
    <w:p w:rsidR="001C70FC" w:rsidRDefault="00AB1C70" w:rsidP="00E94DF7">
      <w:pPr>
        <w:rPr>
          <w:sz w:val="32"/>
          <w:szCs w:val="32"/>
        </w:rPr>
      </w:pPr>
      <w:r w:rsidRPr="001C70FC">
        <w:rPr>
          <w:sz w:val="32"/>
          <w:szCs w:val="32"/>
        </w:rPr>
        <w:t xml:space="preserve">The </w:t>
      </w:r>
      <w:proofErr w:type="spellStart"/>
      <w:r w:rsidRPr="001C70FC">
        <w:rPr>
          <w:sz w:val="32"/>
          <w:szCs w:val="32"/>
        </w:rPr>
        <w:t>organisation</w:t>
      </w:r>
      <w:proofErr w:type="spellEnd"/>
      <w:r w:rsidRPr="001C70FC">
        <w:rPr>
          <w:sz w:val="32"/>
          <w:szCs w:val="32"/>
        </w:rPr>
        <w:t xml:space="preserve"> implements workshops, trainings and educational activities related to digital skills, digital tools and innovation. Digital Future supports young people and aspiring entrepreneurs in developing digital solutions, promotes the use of modern technologies and encourages participation in national and international projects related to </w:t>
      </w:r>
      <w:proofErr w:type="spellStart"/>
      <w:r w:rsidRPr="001C70FC">
        <w:rPr>
          <w:sz w:val="32"/>
          <w:szCs w:val="32"/>
        </w:rPr>
        <w:t>digitalisation</w:t>
      </w:r>
      <w:proofErr w:type="spellEnd"/>
      <w:r w:rsidRPr="001C70FC">
        <w:rPr>
          <w:sz w:val="32"/>
          <w:szCs w:val="32"/>
        </w:rPr>
        <w:t xml:space="preserve"> and innovation.</w:t>
      </w:r>
    </w:p>
    <w:p w:rsidR="001C70FC" w:rsidRPr="001C70FC" w:rsidRDefault="005B3105" w:rsidP="00E94DF7">
      <w:pPr>
        <w:rPr>
          <w:sz w:val="32"/>
          <w:szCs w:val="32"/>
        </w:rPr>
      </w:pPr>
      <w:r>
        <w:rPr>
          <w:noProof/>
          <w:sz w:val="36"/>
          <w:szCs w:val="36"/>
        </w:rPr>
        <mc:AlternateContent>
          <mc:Choice Requires="wps">
            <w:drawing>
              <wp:anchor distT="0" distB="0" distL="114300" distR="114300" simplePos="0" relativeHeight="251681792" behindDoc="0" locked="0" layoutInCell="1" allowOverlap="1" wp14:anchorId="2088CC70" wp14:editId="3B17A2A7">
                <wp:simplePos x="0" y="0"/>
                <wp:positionH relativeFrom="column">
                  <wp:posOffset>-91440</wp:posOffset>
                </wp:positionH>
                <wp:positionV relativeFrom="paragraph">
                  <wp:posOffset>383540</wp:posOffset>
                </wp:positionV>
                <wp:extent cx="6210300" cy="0"/>
                <wp:effectExtent l="0" t="0" r="19050" b="19050"/>
                <wp:wrapNone/>
                <wp:docPr id="24" name="Straight Connector 24"/>
                <wp:cNvGraphicFramePr/>
                <a:graphic xmlns:a="http://schemas.openxmlformats.org/drawingml/2006/main">
                  <a:graphicData uri="http://schemas.microsoft.com/office/word/2010/wordprocessingShape">
                    <wps:wsp>
                      <wps:cNvCnPr/>
                      <wps:spPr>
                        <a:xfrm>
                          <a:off x="0" y="0"/>
                          <a:ext cx="621030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pt,30.2pt" to="481.8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" strokecolor="#795d9b [3047]"/>
            </w:pict>
          </mc:Fallback>
        </mc:AlternateContent>
      </w:r>
    </w:p>
    <w:p w:rsidR="001C70FC" w:rsidRDefault="001C70FC" w:rsidP="00E94DF7">
      <w:pPr>
        <w:rPr>
          <w:b/>
          <w:sz w:val="48"/>
          <w:szCs w:val="48"/>
        </w:rPr>
      </w:pPr>
    </w:p>
    <w:p w:rsidR="00393271" w:rsidRPr="001C70FC" w:rsidRDefault="00AB1C70" w:rsidP="00E94DF7">
      <w:pPr>
        <w:rPr>
          <w:b/>
          <w:sz w:val="48"/>
          <w:szCs w:val="48"/>
        </w:rPr>
      </w:pPr>
      <w:r w:rsidRPr="001C70FC">
        <w:rPr>
          <w:b/>
          <w:sz w:val="48"/>
          <w:szCs w:val="48"/>
        </w:rPr>
        <w:t>Key Staff / Team</w:t>
      </w:r>
    </w:p>
    <w:p w:rsidR="001C70FC" w:rsidRDefault="001C70FC" w:rsidP="00E94DF7">
      <w:pPr>
        <w:rPr>
          <w:b/>
          <w:sz w:val="32"/>
          <w:szCs w:val="32"/>
        </w:rPr>
      </w:pPr>
    </w:p>
    <w:p w:rsidR="00224AB0" w:rsidRDefault="00AB1C70" w:rsidP="00E94DF7">
      <w:pPr>
        <w:rPr>
          <w:sz w:val="32"/>
          <w:szCs w:val="32"/>
        </w:rPr>
      </w:pPr>
      <w:proofErr w:type="spellStart"/>
      <w:r w:rsidRPr="001C70FC">
        <w:rPr>
          <w:b/>
          <w:sz w:val="32"/>
          <w:szCs w:val="32"/>
        </w:rPr>
        <w:t>Filip</w:t>
      </w:r>
      <w:proofErr w:type="spellEnd"/>
      <w:r w:rsidRPr="001C70FC">
        <w:rPr>
          <w:b/>
          <w:sz w:val="32"/>
          <w:szCs w:val="32"/>
        </w:rPr>
        <w:t xml:space="preserve"> </w:t>
      </w:r>
      <w:proofErr w:type="spellStart"/>
      <w:r w:rsidRPr="001C70FC">
        <w:rPr>
          <w:b/>
          <w:sz w:val="32"/>
          <w:szCs w:val="32"/>
        </w:rPr>
        <w:t>Andonovski</w:t>
      </w:r>
      <w:proofErr w:type="spellEnd"/>
      <w:r w:rsidRPr="001C70FC">
        <w:rPr>
          <w:b/>
          <w:sz w:val="32"/>
          <w:szCs w:val="32"/>
        </w:rPr>
        <w:t xml:space="preserve"> – </w:t>
      </w:r>
      <w:r w:rsidRPr="001C70FC">
        <w:rPr>
          <w:b/>
          <w:sz w:val="30"/>
          <w:szCs w:val="30"/>
        </w:rPr>
        <w:t>President</w:t>
      </w:r>
      <w:r w:rsidRPr="001C70FC">
        <w:rPr>
          <w:b/>
          <w:sz w:val="32"/>
          <w:szCs w:val="32"/>
        </w:rPr>
        <w:br/>
      </w:r>
      <w:r w:rsidRPr="001C70FC">
        <w:rPr>
          <w:sz w:val="32"/>
          <w:szCs w:val="32"/>
        </w:rPr>
        <w:t>Responsible for strategic development, leadership and representation of the organisation.</w:t>
      </w:r>
      <w:r w:rsidRPr="001C70FC">
        <w:rPr>
          <w:sz w:val="32"/>
          <w:szCs w:val="32"/>
        </w:rPr>
        <w:br/>
      </w:r>
      <w:r w:rsidRPr="001C70FC">
        <w:rPr>
          <w:sz w:val="32"/>
          <w:szCs w:val="32"/>
        </w:rPr>
        <w:br/>
      </w:r>
      <w:r w:rsidRPr="001C70FC">
        <w:rPr>
          <w:b/>
          <w:sz w:val="32"/>
          <w:szCs w:val="32"/>
        </w:rPr>
        <w:t xml:space="preserve">Tomislav Filipovski </w:t>
      </w:r>
      <w:r w:rsidRPr="001C70FC">
        <w:rPr>
          <w:b/>
          <w:sz w:val="30"/>
          <w:szCs w:val="30"/>
        </w:rPr>
        <w:t xml:space="preserve">– </w:t>
      </w:r>
      <w:r w:rsidR="001C70FC" w:rsidRPr="001C70FC">
        <w:rPr>
          <w:b/>
          <w:sz w:val="30"/>
          <w:szCs w:val="30"/>
        </w:rPr>
        <w:t xml:space="preserve">Project and Partnership Contact </w:t>
      </w:r>
      <w:r w:rsidRPr="001C70FC">
        <w:rPr>
          <w:b/>
          <w:sz w:val="30"/>
          <w:szCs w:val="30"/>
        </w:rPr>
        <w:t>Person</w:t>
      </w:r>
      <w:r w:rsidRPr="001C70FC">
        <w:rPr>
          <w:b/>
          <w:sz w:val="28"/>
          <w:szCs w:val="28"/>
        </w:rPr>
        <w:br/>
      </w:r>
      <w:r w:rsidRPr="001C70FC">
        <w:rPr>
          <w:sz w:val="32"/>
          <w:szCs w:val="32"/>
        </w:rPr>
        <w:t>Responsible for communication, coordination and cooperation with partners and stakeholders.</w:t>
      </w:r>
    </w:p>
    <w:p w:rsidR="00224AB0" w:rsidRPr="00224AB0" w:rsidRDefault="005B3105" w:rsidP="00224AB0">
      <w:pPr>
        <w:jc w:val="center"/>
        <w:rPr>
          <w:b/>
          <w:sz w:val="48"/>
          <w:szCs w:val="48"/>
        </w:rPr>
      </w:pPr>
      <w:r>
        <w:rPr>
          <w:b/>
          <w:noProof/>
          <w:sz w:val="56"/>
          <w:szCs w:val="56"/>
        </w:rPr>
        <w:lastRenderedPageBreak/>
        <mc:AlternateContent>
          <mc:Choice Requires="wps">
            <w:drawing>
              <wp:anchor distT="0" distB="0" distL="114300" distR="114300" simplePos="0" relativeHeight="251668480" behindDoc="0" locked="0" layoutInCell="1" allowOverlap="1" wp14:anchorId="46E0E3DF" wp14:editId="3C92B076">
                <wp:simplePos x="0" y="0"/>
                <wp:positionH relativeFrom="column">
                  <wp:posOffset>-1143000</wp:posOffset>
                </wp:positionH>
                <wp:positionV relativeFrom="paragraph">
                  <wp:posOffset>-967740</wp:posOffset>
                </wp:positionV>
                <wp:extent cx="8153400" cy="472440"/>
                <wp:effectExtent l="57150" t="19050" r="76200" b="99060"/>
                <wp:wrapNone/>
                <wp:docPr id="15" name="Rectangle 15"/>
                <wp:cNvGraphicFramePr/>
                <a:graphic xmlns:a="http://schemas.openxmlformats.org/drawingml/2006/main">
                  <a:graphicData uri="http://schemas.microsoft.com/office/word/2010/wordprocessingShape">
                    <wps:wsp>
                      <wps:cNvSpPr/>
                      <wps:spPr>
                        <a:xfrm>
                          <a:off x="0" y="0"/>
                          <a:ext cx="8153400" cy="472440"/>
                        </a:xfrm>
                        <a:prstGeom prst="rect">
                          <a:avLst/>
                        </a:prstGeom>
                        <a:solidFill>
                          <a:schemeClr val="tx2"/>
                        </a:solidFill>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26" style="position:absolute;margin-left:-90pt;margin-top:-76.2pt;width:642pt;height:37.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" fillcolor="#1f497d [3215]" strokecolor="#4f81bd [3204]">
                <v:shadow on="t" color="black" opacity="22937f" origin=",.5" offset="0,.63889mm"/>
              </v:rect>
            </w:pict>
          </mc:Fallback>
        </mc:AlternateContent>
      </w:r>
      <w:r w:rsidR="00224AB0" w:rsidRPr="00224AB0">
        <w:rPr>
          <w:b/>
          <w:sz w:val="48"/>
          <w:szCs w:val="48"/>
        </w:rPr>
        <w:t>Connect with us</w:t>
      </w:r>
    </w:p>
    <w:p w:rsidR="00224AB0" w:rsidRDefault="00224AB0" w:rsidP="00E94DF7">
      <w:pPr>
        <w:rPr>
          <w:sz w:val="40"/>
          <w:szCs w:val="40"/>
        </w:rPr>
      </w:pPr>
    </w:p>
    <w:p w:rsidR="00224AB0" w:rsidRDefault="00224AB0" w:rsidP="00E94DF7">
      <w:pPr>
        <w:rPr>
          <w:sz w:val="28"/>
          <w:szCs w:val="28"/>
        </w:rPr>
      </w:pPr>
      <w:proofErr w:type="spellStart"/>
      <w:proofErr w:type="gramStart"/>
      <w:r w:rsidRPr="00224AB0">
        <w:rPr>
          <w:sz w:val="40"/>
          <w:szCs w:val="40"/>
        </w:rPr>
        <w:t>Linkedin</w:t>
      </w:r>
      <w:proofErr w:type="spellEnd"/>
      <w:r>
        <w:rPr>
          <w:sz w:val="40"/>
          <w:szCs w:val="40"/>
        </w:rPr>
        <w:t xml:space="preserve"> :</w:t>
      </w:r>
      <w:proofErr w:type="gramEnd"/>
      <w:r>
        <w:rPr>
          <w:sz w:val="40"/>
          <w:szCs w:val="40"/>
        </w:rPr>
        <w:t xml:space="preserve"> </w:t>
      </w:r>
      <w:hyperlink r:id="rId9" w:history="1">
        <w:r w:rsidRPr="00224AB0">
          <w:rPr>
            <w:rStyle w:val="Hyperlink"/>
            <w:sz w:val="28"/>
            <w:szCs w:val="28"/>
          </w:rPr>
          <w:t>https://www.linkedin.com/company/digitalfuture-mk/</w:t>
        </w:r>
      </w:hyperlink>
    </w:p>
    <w:p w:rsidR="00224AB0" w:rsidRDefault="00224AB0" w:rsidP="00E94DF7">
      <w:pPr>
        <w:rPr>
          <w:sz w:val="28"/>
          <w:szCs w:val="28"/>
        </w:rPr>
      </w:pPr>
      <w:proofErr w:type="spellStart"/>
      <w:r w:rsidRPr="00224AB0">
        <w:rPr>
          <w:sz w:val="40"/>
          <w:szCs w:val="40"/>
        </w:rPr>
        <w:t>Instagram</w:t>
      </w:r>
      <w:proofErr w:type="spellEnd"/>
      <w:r>
        <w:rPr>
          <w:sz w:val="40"/>
          <w:szCs w:val="40"/>
        </w:rPr>
        <w:t xml:space="preserve">: </w:t>
      </w:r>
      <w:hyperlink r:id="rId10" w:history="1">
        <w:r w:rsidRPr="00224AB0">
          <w:rPr>
            <w:rStyle w:val="Hyperlink"/>
            <w:sz w:val="28"/>
            <w:szCs w:val="28"/>
          </w:rPr>
          <w:t>https://www.instagram.com/digitalfuture.mk/</w:t>
        </w:r>
      </w:hyperlink>
    </w:p>
    <w:p w:rsidR="00224AB0" w:rsidRDefault="005B3105" w:rsidP="00224AB0">
      <w:pPr>
        <w:rPr>
          <w:sz w:val="28"/>
          <w:szCs w:val="28"/>
        </w:rPr>
      </w:pPr>
      <w:r>
        <w:rPr>
          <w:noProof/>
          <w:sz w:val="36"/>
          <w:szCs w:val="36"/>
        </w:rPr>
        <mc:AlternateContent>
          <mc:Choice Requires="wps">
            <w:drawing>
              <wp:anchor distT="0" distB="0" distL="114300" distR="114300" simplePos="0" relativeHeight="251683840" behindDoc="0" locked="0" layoutInCell="1" allowOverlap="1" wp14:anchorId="2088CC70" wp14:editId="3B17A2A7">
                <wp:simplePos x="0" y="0"/>
                <wp:positionH relativeFrom="column">
                  <wp:posOffset>-137160</wp:posOffset>
                </wp:positionH>
                <wp:positionV relativeFrom="paragraph">
                  <wp:posOffset>263525</wp:posOffset>
                </wp:positionV>
                <wp:extent cx="621030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6210300" cy="0"/>
                        </a:xfrm>
                        <a:prstGeom prst="line">
                          <a:avLst/>
                        </a:prstGeom>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pt,20.75pt" to="478.2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" strokecolor="#795d9b [3047]"/>
            </w:pict>
          </mc:Fallback>
        </mc:AlternateContent>
      </w:r>
    </w:p>
    <w:p w:rsidR="00224AB0" w:rsidRDefault="00224AB0" w:rsidP="00224AB0">
      <w:pPr>
        <w:jc w:val="right"/>
        <w:rPr>
          <w:sz w:val="28"/>
          <w:szCs w:val="28"/>
        </w:rPr>
      </w:pPr>
    </w:p>
    <w:p w:rsidR="00224AB0" w:rsidRDefault="00224AB0" w:rsidP="00224AB0">
      <w:pPr>
        <w:jc w:val="center"/>
        <w:rPr>
          <w:sz w:val="28"/>
          <w:szCs w:val="28"/>
        </w:rPr>
      </w:pPr>
      <w:r>
        <w:rPr>
          <w:noProof/>
          <w:sz w:val="28"/>
          <w:szCs w:val="28"/>
        </w:rPr>
        <w:drawing>
          <wp:inline distT="0" distB="0" distL="0" distR="0" wp14:anchorId="1CC5051D" wp14:editId="4D61F91C">
            <wp:extent cx="2377440" cy="1813560"/>
            <wp:effectExtent l="19050" t="0" r="22860" b="5867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7">
                      <a:extLst>
                        <a:ext uri="{28A0092B-C50C-407E-A947-70E740481C1C}">
                          <a14:useLocalDpi xmlns:a14="http://schemas.microsoft.com/office/drawing/2010/main" val="0"/>
                        </a:ext>
                      </a:extLst>
                    </a:blip>
                    <a:stretch>
                      <a:fillRect/>
                    </a:stretch>
                  </pic:blipFill>
                  <pic:spPr>
                    <a:xfrm>
                      <a:off x="0" y="0"/>
                      <a:ext cx="2377440" cy="181356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224AB0" w:rsidRPr="00224AB0" w:rsidRDefault="00224AB0" w:rsidP="00224AB0">
      <w:pPr>
        <w:jc w:val="center"/>
        <w:rPr>
          <w:b/>
          <w:color w:val="548DD4" w:themeColor="text2" w:themeTint="99"/>
          <w:sz w:val="40"/>
          <w:szCs w:val="40"/>
          <w:u w:val="single"/>
        </w:rPr>
      </w:pPr>
      <w:r>
        <w:rPr>
          <w:b/>
          <w:color w:val="548DD4" w:themeColor="text2" w:themeTint="99"/>
          <w:sz w:val="40"/>
          <w:szCs w:val="40"/>
          <w:u w:val="single"/>
        </w:rPr>
        <w:t xml:space="preserve">NGO   </w:t>
      </w:r>
      <w:r w:rsidRPr="00224AB0">
        <w:rPr>
          <w:b/>
          <w:color w:val="548DD4" w:themeColor="text2" w:themeTint="99"/>
          <w:sz w:val="40"/>
          <w:szCs w:val="40"/>
          <w:u w:val="single"/>
        </w:rPr>
        <w:t>DIGITAL FUTURE</w:t>
      </w:r>
    </w:p>
    <w:sectPr w:rsidR="00224AB0" w:rsidRPr="00224AB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C70FC"/>
    <w:rsid w:val="00224AB0"/>
    <w:rsid w:val="0029639D"/>
    <w:rsid w:val="00326F90"/>
    <w:rsid w:val="00393271"/>
    <w:rsid w:val="005B3105"/>
    <w:rsid w:val="007B2470"/>
    <w:rsid w:val="00AA1D8D"/>
    <w:rsid w:val="00AB1C70"/>
    <w:rsid w:val="00B47730"/>
    <w:rsid w:val="00CB0664"/>
    <w:rsid w:val="00CB0FB2"/>
    <w:rsid w:val="00E94D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E94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DF7"/>
    <w:rPr>
      <w:rFonts w:ascii="Tahoma" w:hAnsi="Tahoma" w:cs="Tahoma"/>
      <w:sz w:val="16"/>
      <w:szCs w:val="16"/>
    </w:rPr>
  </w:style>
  <w:style w:type="character" w:styleId="Hyperlink">
    <w:name w:val="Hyperlink"/>
    <w:basedOn w:val="DefaultParagraphFont"/>
    <w:uiPriority w:val="99"/>
    <w:unhideWhenUsed/>
    <w:rsid w:val="00E94D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E94D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4DF7"/>
    <w:rPr>
      <w:rFonts w:ascii="Tahoma" w:hAnsi="Tahoma" w:cs="Tahoma"/>
      <w:sz w:val="16"/>
      <w:szCs w:val="16"/>
    </w:rPr>
  </w:style>
  <w:style w:type="character" w:styleId="Hyperlink">
    <w:name w:val="Hyperlink"/>
    <w:basedOn w:val="DefaultParagraphFont"/>
    <w:uiPriority w:val="99"/>
    <w:unhideWhenUsed/>
    <w:rsid w:val="00E94D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digitalfuture.mk" TargetMode="External"/><Relationship Id="rId3" Type="http://schemas.openxmlformats.org/officeDocument/2006/relationships/styles" Target="style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instagram.com/digitalfuture.mk/" TargetMode="External"/><Relationship Id="rId4" Type="http://schemas.microsoft.com/office/2007/relationships/stylesWithEffects" Target="stylesWithEffects.xml"/><Relationship Id="rId9" Type="http://schemas.openxmlformats.org/officeDocument/2006/relationships/hyperlink" Target="https://www.linkedin.com/company/digitalfuture-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10E3B-5F7B-4104-89B9-7771595B2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DELL</cp:lastModifiedBy>
  <cp:revision>2</cp:revision>
  <cp:lastPrinted>2026-01-06T14:45:00Z</cp:lastPrinted>
  <dcterms:created xsi:type="dcterms:W3CDTF">2026-01-07T21:59:00Z</dcterms:created>
  <dcterms:modified xsi:type="dcterms:W3CDTF">2026-01-07T21:59:00Z</dcterms:modified>
</cp:coreProperties>
</file>