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265CB" w14:textId="1E02DA5E" w:rsidR="00C21F96" w:rsidRPr="00D71AE4" w:rsidRDefault="005E5542" w:rsidP="00D71AE4">
      <w:pPr>
        <w:spacing w:line="360" w:lineRule="auto"/>
        <w:jc w:val="center"/>
      </w:pPr>
      <w:r>
        <w:rPr>
          <w:noProof/>
        </w:rPr>
        <w:drawing>
          <wp:inline distT="0" distB="0" distL="0" distR="0" wp14:anchorId="4DE44E66" wp14:editId="5EE2C2C7">
            <wp:extent cx="5447381" cy="3634740"/>
            <wp:effectExtent l="0" t="0" r="1270" b="3810"/>
            <wp:docPr id="14825171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5080" cy="3646550"/>
                    </a:xfrm>
                    <a:prstGeom prst="rect">
                      <a:avLst/>
                    </a:prstGeom>
                    <a:noFill/>
                    <a:ln>
                      <a:noFill/>
                    </a:ln>
                  </pic:spPr>
                </pic:pic>
              </a:graphicData>
            </a:graphic>
          </wp:inline>
        </w:drawing>
      </w:r>
    </w:p>
    <w:p w14:paraId="1194A64C" w14:textId="74B3F1E4" w:rsidR="00945A84" w:rsidRPr="005E5542" w:rsidRDefault="004229CD" w:rsidP="005A0093">
      <w:pPr>
        <w:spacing w:line="360" w:lineRule="auto"/>
        <w:jc w:val="center"/>
        <w:rPr>
          <w:b/>
          <w:bCs/>
          <w:color w:val="00B050"/>
          <w:sz w:val="56"/>
          <w:szCs w:val="56"/>
        </w:rPr>
      </w:pPr>
      <w:r>
        <w:rPr>
          <w:b/>
          <w:bCs/>
          <w:color w:val="00B050"/>
          <w:sz w:val="56"/>
          <w:szCs w:val="56"/>
        </w:rPr>
        <w:t xml:space="preserve">Info </w:t>
      </w:r>
      <w:r w:rsidR="00CC3E07" w:rsidRPr="005E5542">
        <w:rPr>
          <w:b/>
          <w:bCs/>
          <w:color w:val="00B050"/>
          <w:sz w:val="56"/>
          <w:szCs w:val="56"/>
        </w:rPr>
        <w:t>PACK</w:t>
      </w:r>
    </w:p>
    <w:p w14:paraId="402D5DED" w14:textId="41E80C60" w:rsidR="006A6459" w:rsidRPr="006A6459" w:rsidRDefault="006A6459" w:rsidP="006A6459">
      <w:pPr>
        <w:spacing w:line="360" w:lineRule="auto"/>
        <w:jc w:val="center"/>
        <w:rPr>
          <w:i/>
          <w:iCs/>
          <w:lang w:val="en-GB"/>
        </w:rPr>
      </w:pPr>
      <w:r w:rsidRPr="006A6459">
        <w:rPr>
          <w:i/>
          <w:iCs/>
          <w:lang w:val="en-GB"/>
        </w:rPr>
        <w:t xml:space="preserve">Please read the given information carefully and do not hesitate to ask questions </w:t>
      </w:r>
    </w:p>
    <w:p w14:paraId="1D63BCD0" w14:textId="0C74D646" w:rsidR="00C301A9" w:rsidRPr="007457D7" w:rsidRDefault="004229CD" w:rsidP="005A0093">
      <w:pPr>
        <w:spacing w:line="360" w:lineRule="auto"/>
        <w:jc w:val="center"/>
        <w:rPr>
          <w:i/>
        </w:rPr>
      </w:pPr>
      <w:bookmarkStart w:id="0" w:name="_Hlk171681618"/>
      <w:r>
        <w:rPr>
          <w:i/>
        </w:rPr>
        <w:t xml:space="preserve">KA1 154 </w:t>
      </w:r>
      <w:r w:rsidR="001524D5" w:rsidRPr="007457D7">
        <w:rPr>
          <w:i/>
        </w:rPr>
        <w:t>titled</w:t>
      </w:r>
    </w:p>
    <w:p w14:paraId="537F28D9" w14:textId="78CB8EEE" w:rsidR="00C301A9" w:rsidRPr="005E5542" w:rsidRDefault="001524D5" w:rsidP="005E5542">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center"/>
        <w:rPr>
          <w:rFonts w:ascii="Georgia" w:eastAsia="Times New Roman" w:hAnsi="Georgia"/>
          <w:b/>
          <w:bCs/>
          <w:iCs/>
          <w:color w:val="002060"/>
          <w:sz w:val="32"/>
          <w:szCs w:val="32"/>
          <w:lang w:val="en-GB" w:eastAsia="en-GB"/>
        </w:rPr>
      </w:pPr>
      <w:r w:rsidRPr="005E5542">
        <w:rPr>
          <w:rFonts w:ascii="Georgia" w:hAnsi="Georgia"/>
          <w:b/>
          <w:bCs/>
          <w:iCs/>
          <w:color w:val="002060"/>
          <w:sz w:val="32"/>
          <w:szCs w:val="32"/>
        </w:rPr>
        <w:t>“</w:t>
      </w:r>
      <w:r w:rsidR="00B32653" w:rsidRPr="005E5542">
        <w:rPr>
          <w:rFonts w:ascii="Georgia" w:hAnsi="Georgia"/>
          <w:b/>
          <w:bCs/>
          <w:iCs/>
          <w:color w:val="002060"/>
          <w:sz w:val="32"/>
          <w:szCs w:val="32"/>
        </w:rPr>
        <w:t>Embrace Technology, Engage as an Active Citizen</w:t>
      </w:r>
      <w:r w:rsidR="00CC3E07" w:rsidRPr="005E5542">
        <w:rPr>
          <w:rFonts w:ascii="Georgia" w:hAnsi="Georgia"/>
          <w:b/>
          <w:bCs/>
          <w:iCs/>
          <w:color w:val="002060"/>
          <w:sz w:val="32"/>
          <w:szCs w:val="32"/>
        </w:rPr>
        <w:t>”</w:t>
      </w:r>
    </w:p>
    <w:p w14:paraId="4449CC15" w14:textId="681600BF" w:rsidR="00945A84" w:rsidRDefault="00D71AE4" w:rsidP="005A0093">
      <w:pPr>
        <w:spacing w:line="360" w:lineRule="auto"/>
        <w:jc w:val="center"/>
      </w:pPr>
      <w:r>
        <w:t>CALL FOR GERMANY PARTICIPANTS</w:t>
      </w:r>
    </w:p>
    <w:p w14:paraId="22AB50B2" w14:textId="6E8015FF" w:rsidR="00C21F96" w:rsidRPr="00D71AE4" w:rsidRDefault="00C21F96" w:rsidP="00D71AE4">
      <w:pPr>
        <w:spacing w:line="360" w:lineRule="auto"/>
        <w:jc w:val="center"/>
        <w:rPr>
          <w:u w:val="single"/>
        </w:rPr>
      </w:pPr>
      <w:r w:rsidRPr="00C21F96">
        <w:rPr>
          <w:u w:val="single"/>
        </w:rPr>
        <w:t>NUREMBERG/ GERMANY</w:t>
      </w:r>
    </w:p>
    <w:p w14:paraId="1EFEFBBE" w14:textId="77777777" w:rsidR="00C21F96" w:rsidRPr="00C21F96" w:rsidRDefault="00C21F96" w:rsidP="00C21F96">
      <w:pPr>
        <w:spacing w:line="360" w:lineRule="auto"/>
        <w:jc w:val="center"/>
        <w:rPr>
          <w:b/>
          <w:bCs/>
          <w:sz w:val="28"/>
          <w:szCs w:val="28"/>
        </w:rPr>
      </w:pPr>
      <w:r w:rsidRPr="00C21F96">
        <w:rPr>
          <w:b/>
          <w:bCs/>
          <w:sz w:val="28"/>
          <w:szCs w:val="28"/>
          <w:highlight w:val="cyan"/>
        </w:rPr>
        <w:t>INFORMATION ABOUT THE PROJECT</w:t>
      </w:r>
    </w:p>
    <w:p w14:paraId="370C5894" w14:textId="77777777" w:rsidR="00C21F96" w:rsidRPr="007457D7" w:rsidRDefault="00C21F96" w:rsidP="00C21F96">
      <w:pPr>
        <w:spacing w:line="360" w:lineRule="auto"/>
        <w:jc w:val="both"/>
      </w:pPr>
      <w:r w:rsidRPr="007457D7">
        <w:t xml:space="preserve">Our general goal is to ensure that young people are proficient in digital tools in today's technology age, participate in policy-making processes, influence decision-makers, and are knowledgeable about their rights and responsibilities in the digital world. </w:t>
      </w:r>
      <w:r>
        <w:t xml:space="preserve">Implementing a youth participation program </w:t>
      </w:r>
      <w:r w:rsidRPr="007457D7">
        <w:t xml:space="preserve">in this context will be one of the most effective ways to achieve this goal. </w:t>
      </w:r>
    </w:p>
    <w:p w14:paraId="6FAEF437" w14:textId="77777777" w:rsidR="00C21F96" w:rsidRPr="007457D7" w:rsidRDefault="00C21F96" w:rsidP="00C21F96">
      <w:pPr>
        <w:spacing w:line="360" w:lineRule="auto"/>
        <w:jc w:val="both"/>
      </w:pPr>
      <w:r w:rsidRPr="007457D7">
        <w:lastRenderedPageBreak/>
        <w:t xml:space="preserve">Specific Objectives: </w:t>
      </w:r>
    </w:p>
    <w:p w14:paraId="25DBC2A4" w14:textId="77777777" w:rsidR="00C21F96" w:rsidRPr="007457D7" w:rsidRDefault="00C21F96" w:rsidP="00C21F96">
      <w:pPr>
        <w:spacing w:line="360" w:lineRule="auto"/>
        <w:jc w:val="both"/>
      </w:pPr>
      <w:r w:rsidRPr="007457D7">
        <w:t xml:space="preserve">● To raise awareness among young people about media literacy, access to accurate information and data verification. </w:t>
      </w:r>
    </w:p>
    <w:p w14:paraId="7AC6CD57" w14:textId="77777777" w:rsidR="00C21F96" w:rsidRPr="007457D7" w:rsidRDefault="00C21F96" w:rsidP="00C21F96">
      <w:pPr>
        <w:spacing w:line="360" w:lineRule="auto"/>
        <w:jc w:val="both"/>
      </w:pPr>
      <w:r w:rsidRPr="007457D7">
        <w:t xml:space="preserve">● To inform young people about human rights and motivate them to defend their rights using digital tools, both at the local and European level. </w:t>
      </w:r>
    </w:p>
    <w:p w14:paraId="37C0728D" w14:textId="77777777" w:rsidR="00C21F96" w:rsidRPr="007457D7" w:rsidRDefault="00C21F96" w:rsidP="00C21F96">
      <w:pPr>
        <w:spacing w:line="360" w:lineRule="auto"/>
        <w:jc w:val="both"/>
      </w:pPr>
      <w:r w:rsidRPr="007457D7">
        <w:t>● To educate young people about participation in democratic life and policymaking processes using digital tools, teaching them about their responsibilities and best practices.</w:t>
      </w:r>
    </w:p>
    <w:p w14:paraId="6CF74D15" w14:textId="77777777" w:rsidR="00C21F96" w:rsidRPr="007457D7" w:rsidRDefault="00C21F96" w:rsidP="00C21F96">
      <w:pPr>
        <w:spacing w:line="360" w:lineRule="auto"/>
        <w:jc w:val="both"/>
      </w:pPr>
      <w:r w:rsidRPr="007457D7">
        <w:t xml:space="preserve">The project will enhance media literacy among youths, equipping them with skills to discern accurate information and combat misinformation. It will raise awareness about human rights, empowering young people to defend their rights using digital tools at local and European levels. Additionally, it will educate them about participating in democratic processes and policymaking, fostering responsible civic engagement and understanding of their roles in democracy. </w:t>
      </w:r>
    </w:p>
    <w:p w14:paraId="665511DE" w14:textId="77777777" w:rsidR="00C21F96" w:rsidRPr="007457D7" w:rsidRDefault="00C21F96" w:rsidP="00C21F96">
      <w:pPr>
        <w:spacing w:line="360" w:lineRule="auto"/>
        <w:jc w:val="both"/>
      </w:pPr>
      <w:r w:rsidRPr="007457D7">
        <w:t xml:space="preserve">They will exhibit enhanced media literacy, enabling them to critically evaluate information and media sources. Their heightened awareness of human rights will empower them to actively defend and promote these rights using digital tools. </w:t>
      </w:r>
    </w:p>
    <w:p w14:paraId="689B5992" w14:textId="77777777" w:rsidR="00C21F96" w:rsidRPr="006A6459" w:rsidRDefault="00C21F96" w:rsidP="00C21F96">
      <w:pPr>
        <w:tabs>
          <w:tab w:val="left" w:pos="1272"/>
        </w:tabs>
        <w:spacing w:line="360" w:lineRule="auto"/>
        <w:jc w:val="both"/>
      </w:pPr>
      <w:r w:rsidRPr="007457D7">
        <w:t>Additionally, their engagement in democratic processes and policymaking will be more informed and responsible, leading to more active and effective participation in civic life. This will foster a generation of well-informed, proactive citizens ready to contribute positively to society</w:t>
      </w:r>
    </w:p>
    <w:p w14:paraId="37C4263B" w14:textId="77777777" w:rsidR="00C21F96" w:rsidRPr="007457D7" w:rsidRDefault="00C21F96" w:rsidP="00C21F96">
      <w:pPr>
        <w:spacing w:line="360" w:lineRule="auto"/>
      </w:pPr>
    </w:p>
    <w:p w14:paraId="566F752F" w14:textId="3956C6CC" w:rsidR="00DE6421" w:rsidRDefault="00DE6421" w:rsidP="005A0093">
      <w:pPr>
        <w:spacing w:line="360" w:lineRule="auto"/>
        <w:jc w:val="center"/>
      </w:pPr>
      <w:r w:rsidRPr="007457D7">
        <w:rPr>
          <w:noProof/>
        </w:rPr>
        <w:drawing>
          <wp:inline distT="0" distB="0" distL="0" distR="0" wp14:anchorId="77A958AD" wp14:editId="27D74C4A">
            <wp:extent cx="745067" cy="745067"/>
            <wp:effectExtent l="0" t="0" r="0" b="0"/>
            <wp:docPr id="358856444" name="Рисунок 53" descr="Discus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Discussion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1565" cy="751565"/>
                    </a:xfrm>
                    <a:prstGeom prst="rect">
                      <a:avLst/>
                    </a:prstGeom>
                    <a:noFill/>
                    <a:ln>
                      <a:noFill/>
                    </a:ln>
                  </pic:spPr>
                </pic:pic>
              </a:graphicData>
            </a:graphic>
          </wp:inline>
        </w:drawing>
      </w:r>
    </w:p>
    <w:p w14:paraId="3441432A" w14:textId="4684B78D" w:rsidR="00C21F96" w:rsidRPr="007457D7" w:rsidRDefault="00C21F96" w:rsidP="005A0093">
      <w:pPr>
        <w:spacing w:line="360" w:lineRule="auto"/>
        <w:jc w:val="center"/>
      </w:pPr>
      <w:r w:rsidRPr="00C21F96">
        <w:rPr>
          <w:highlight w:val="yellow"/>
        </w:rPr>
        <w:t>FIRST MOBILITY</w:t>
      </w:r>
    </w:p>
    <w:p w14:paraId="1262346A" w14:textId="77777777" w:rsidR="00C21F96" w:rsidRDefault="00CC3E07" w:rsidP="005A0093">
      <w:pPr>
        <w:spacing w:line="360" w:lineRule="auto"/>
        <w:jc w:val="center"/>
        <w:rPr>
          <w:i/>
          <w:iCs/>
        </w:rPr>
      </w:pPr>
      <w:bookmarkStart w:id="1" w:name="_Hlk187698931"/>
      <w:r w:rsidRPr="007457D7">
        <w:rPr>
          <w:i/>
          <w:iCs/>
        </w:rPr>
        <w:t xml:space="preserve">Day of arrival in </w:t>
      </w:r>
      <w:r w:rsidR="00B02B55" w:rsidRPr="007457D7">
        <w:rPr>
          <w:i/>
          <w:iCs/>
          <w:lang w:val="en-GB"/>
        </w:rPr>
        <w:t>Germany</w:t>
      </w:r>
      <w:r w:rsidRPr="007457D7">
        <w:rPr>
          <w:i/>
          <w:iCs/>
        </w:rPr>
        <w:t xml:space="preserve">: </w:t>
      </w:r>
      <w:r w:rsidR="00B32653" w:rsidRPr="007457D7">
        <w:rPr>
          <w:i/>
          <w:iCs/>
        </w:rPr>
        <w:t xml:space="preserve">11.05.2025 </w:t>
      </w:r>
    </w:p>
    <w:p w14:paraId="0245EA86" w14:textId="5EC1BF81" w:rsidR="00C21F96" w:rsidRDefault="00CC3E07" w:rsidP="00D71AE4">
      <w:pPr>
        <w:spacing w:line="360" w:lineRule="auto"/>
        <w:jc w:val="center"/>
        <w:rPr>
          <w:i/>
          <w:iCs/>
        </w:rPr>
      </w:pPr>
      <w:r w:rsidRPr="007457D7">
        <w:rPr>
          <w:i/>
          <w:iCs/>
        </w:rPr>
        <w:t xml:space="preserve">Day of departure from </w:t>
      </w:r>
      <w:r w:rsidR="00B02B55" w:rsidRPr="007457D7">
        <w:rPr>
          <w:i/>
          <w:iCs/>
          <w:lang w:val="en-GB"/>
        </w:rPr>
        <w:t>Germany</w:t>
      </w:r>
      <w:r w:rsidRPr="007457D7">
        <w:rPr>
          <w:i/>
          <w:iCs/>
        </w:rPr>
        <w:t xml:space="preserve">: </w:t>
      </w:r>
      <w:r w:rsidR="00B32653" w:rsidRPr="007457D7">
        <w:rPr>
          <w:i/>
          <w:iCs/>
        </w:rPr>
        <w:t>17.05.2025</w:t>
      </w:r>
    </w:p>
    <w:p w14:paraId="0503A3F4" w14:textId="1131003D" w:rsidR="00C217BB" w:rsidRPr="007457D7" w:rsidRDefault="00C21F96" w:rsidP="005A0093">
      <w:pPr>
        <w:spacing w:line="360" w:lineRule="auto"/>
        <w:jc w:val="center"/>
        <w:rPr>
          <w:b/>
          <w:bCs/>
          <w:i/>
          <w:iCs/>
        </w:rPr>
      </w:pPr>
      <w:r w:rsidRPr="007457D7">
        <w:rPr>
          <w:noProof/>
        </w:rPr>
        <w:lastRenderedPageBreak/>
        <w:drawing>
          <wp:inline distT="0" distB="0" distL="0" distR="0" wp14:anchorId="517A44E2" wp14:editId="663357D4">
            <wp:extent cx="462915" cy="462915"/>
            <wp:effectExtent l="0" t="0" r="0" b="0"/>
            <wp:docPr id="1006708254" name="Рисунок 54" descr="Accomod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ccomodation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604" cy="465604"/>
                    </a:xfrm>
                    <a:prstGeom prst="rect">
                      <a:avLst/>
                    </a:prstGeom>
                    <a:noFill/>
                    <a:ln>
                      <a:noFill/>
                    </a:ln>
                  </pic:spPr>
                </pic:pic>
              </a:graphicData>
            </a:graphic>
          </wp:inline>
        </w:drawing>
      </w:r>
    </w:p>
    <w:bookmarkEnd w:id="0"/>
    <w:bookmarkEnd w:id="1"/>
    <w:p w14:paraId="1D752B15" w14:textId="750F3B04" w:rsidR="00FB1CED" w:rsidRDefault="00C21F96" w:rsidP="00D71AE4">
      <w:pPr>
        <w:pStyle w:val="a9"/>
        <w:jc w:val="center"/>
      </w:pPr>
      <w:r>
        <w:t>PROJECT VENUE</w:t>
      </w:r>
    </w:p>
    <w:p w14:paraId="3443F6A1" w14:textId="196DCBB8" w:rsidR="00C21F96" w:rsidRPr="00C21F96" w:rsidRDefault="00C21F96" w:rsidP="00D71AE4">
      <w:pPr>
        <w:pStyle w:val="a9"/>
        <w:jc w:val="center"/>
        <w:rPr>
          <w:u w:val="single"/>
        </w:rPr>
      </w:pPr>
      <w:proofErr w:type="spellStart"/>
      <w:r w:rsidRPr="00C21F96">
        <w:rPr>
          <w:u w:val="single"/>
        </w:rPr>
        <w:t>Jugendschulungshaus</w:t>
      </w:r>
      <w:proofErr w:type="spellEnd"/>
      <w:r w:rsidRPr="00C21F96">
        <w:rPr>
          <w:u w:val="single"/>
        </w:rPr>
        <w:t xml:space="preserve"> </w:t>
      </w:r>
      <w:proofErr w:type="spellStart"/>
      <w:r w:rsidRPr="00C21F96">
        <w:rPr>
          <w:u w:val="single"/>
        </w:rPr>
        <w:t>Karlstein</w:t>
      </w:r>
      <w:proofErr w:type="spellEnd"/>
    </w:p>
    <w:p w14:paraId="2B92495E" w14:textId="03E258CC" w:rsidR="00420502" w:rsidRPr="007457D7" w:rsidRDefault="00420502" w:rsidP="00D71AE4">
      <w:pPr>
        <w:pStyle w:val="a9"/>
        <w:jc w:val="center"/>
      </w:pPr>
      <w:r w:rsidRPr="007457D7">
        <w:t>Address:</w:t>
      </w:r>
    </w:p>
    <w:p w14:paraId="3CC201BB" w14:textId="68065D02" w:rsidR="00420502" w:rsidRPr="007457D7" w:rsidRDefault="007564CA" w:rsidP="00D71AE4">
      <w:pPr>
        <w:pStyle w:val="a9"/>
        <w:jc w:val="center"/>
      </w:pPr>
      <w:hyperlink r:id="rId11" w:history="1">
        <w:r w:rsidR="008A719B" w:rsidRPr="007457D7">
          <w:rPr>
            <w:rStyle w:val="aff8"/>
            <w:color w:val="auto"/>
          </w:rPr>
          <w:t>https://jugendschulungshaus.org/karlstein-journal/</w:t>
        </w:r>
      </w:hyperlink>
    </w:p>
    <w:p w14:paraId="2CC82589" w14:textId="77777777" w:rsidR="00D71AE4" w:rsidRDefault="00420502" w:rsidP="00D71AE4">
      <w:pPr>
        <w:spacing w:line="360" w:lineRule="auto"/>
        <w:jc w:val="center"/>
        <w:rPr>
          <w:b/>
          <w:bCs/>
        </w:rPr>
      </w:pPr>
      <w:bookmarkStart w:id="2" w:name="_Hlk187649451"/>
      <w:proofErr w:type="spellStart"/>
      <w:r w:rsidRPr="00D71AE4">
        <w:rPr>
          <w:b/>
          <w:bCs/>
        </w:rPr>
        <w:t>Birkenzanter</w:t>
      </w:r>
      <w:proofErr w:type="spellEnd"/>
      <w:r w:rsidRPr="00D71AE4">
        <w:rPr>
          <w:b/>
          <w:bCs/>
        </w:rPr>
        <w:t xml:space="preserve"> </w:t>
      </w:r>
      <w:proofErr w:type="spellStart"/>
      <w:r w:rsidRPr="00D71AE4">
        <w:rPr>
          <w:b/>
          <w:bCs/>
        </w:rPr>
        <w:t>Straße</w:t>
      </w:r>
      <w:proofErr w:type="spellEnd"/>
      <w:r w:rsidRPr="00D71AE4">
        <w:rPr>
          <w:b/>
          <w:bCs/>
        </w:rPr>
        <w:t xml:space="preserve"> 7</w:t>
      </w:r>
    </w:p>
    <w:p w14:paraId="79140032" w14:textId="18EB0CB3" w:rsidR="009402DD" w:rsidRPr="00D71AE4" w:rsidRDefault="00D71AE4" w:rsidP="00D71AE4">
      <w:pPr>
        <w:spacing w:line="360" w:lineRule="auto"/>
        <w:jc w:val="center"/>
        <w:rPr>
          <w:b/>
          <w:bCs/>
        </w:rPr>
      </w:pPr>
      <w:r w:rsidRPr="00D71AE4">
        <w:rPr>
          <w:b/>
          <w:bCs/>
        </w:rPr>
        <w:t xml:space="preserve">93128 </w:t>
      </w:r>
      <w:proofErr w:type="spellStart"/>
      <w:r w:rsidRPr="00D71AE4">
        <w:rPr>
          <w:b/>
          <w:bCs/>
        </w:rPr>
        <w:t>Karlstein</w:t>
      </w:r>
      <w:proofErr w:type="spellEnd"/>
      <w:r w:rsidRPr="00D71AE4">
        <w:rPr>
          <w:b/>
          <w:bCs/>
        </w:rPr>
        <w:t xml:space="preserve"> </w:t>
      </w:r>
      <w:proofErr w:type="spellStart"/>
      <w:r w:rsidRPr="00D71AE4">
        <w:rPr>
          <w:b/>
          <w:bCs/>
        </w:rPr>
        <w:t>bei</w:t>
      </w:r>
      <w:proofErr w:type="spellEnd"/>
      <w:r w:rsidRPr="00D71AE4">
        <w:rPr>
          <w:b/>
          <w:bCs/>
        </w:rPr>
        <w:t xml:space="preserve"> </w:t>
      </w:r>
      <w:proofErr w:type="spellStart"/>
      <w:r w:rsidRPr="00D71AE4">
        <w:rPr>
          <w:b/>
          <w:bCs/>
        </w:rPr>
        <w:t>Regenstauf</w:t>
      </w:r>
      <w:proofErr w:type="spellEnd"/>
      <w:r>
        <w:rPr>
          <w:b/>
          <w:bCs/>
        </w:rPr>
        <w:t xml:space="preserve">, </w:t>
      </w:r>
      <w:r w:rsidRPr="00D71AE4">
        <w:rPr>
          <w:b/>
          <w:bCs/>
        </w:rPr>
        <w:t>Germany</w:t>
      </w:r>
      <w:r w:rsidRPr="00D71AE4">
        <w:rPr>
          <w:b/>
          <w:bCs/>
        </w:rPr>
        <w:br/>
      </w:r>
      <w:r w:rsidR="00420502" w:rsidRPr="00D71AE4">
        <w:rPr>
          <w:b/>
          <w:bCs/>
        </w:rPr>
        <w:br/>
      </w:r>
      <w:bookmarkEnd w:id="2"/>
      <w:r w:rsidR="00323075" w:rsidRPr="00D71AE4">
        <w:rPr>
          <w:b/>
          <w:bCs/>
          <w:noProof/>
        </w:rPr>
        <w:drawing>
          <wp:anchor distT="0" distB="0" distL="114300" distR="114300" simplePos="0" relativeHeight="251659264" behindDoc="1" locked="0" layoutInCell="1" allowOverlap="1" wp14:anchorId="2EE0A789" wp14:editId="7687CF39">
            <wp:simplePos x="0" y="0"/>
            <wp:positionH relativeFrom="column">
              <wp:posOffset>3307080</wp:posOffset>
            </wp:positionH>
            <wp:positionV relativeFrom="paragraph">
              <wp:posOffset>342900</wp:posOffset>
            </wp:positionV>
            <wp:extent cx="2560320" cy="341376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0320" cy="341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075" w:rsidRPr="00D71AE4">
        <w:rPr>
          <w:b/>
          <w:bCs/>
          <w:noProof/>
        </w:rPr>
        <w:drawing>
          <wp:anchor distT="0" distB="0" distL="114300" distR="114300" simplePos="0" relativeHeight="251658240" behindDoc="0" locked="0" layoutInCell="1" allowOverlap="1" wp14:anchorId="667866FD" wp14:editId="525C7D27">
            <wp:simplePos x="0" y="0"/>
            <wp:positionH relativeFrom="page">
              <wp:posOffset>708660</wp:posOffset>
            </wp:positionH>
            <wp:positionV relativeFrom="paragraph">
              <wp:posOffset>342265</wp:posOffset>
            </wp:positionV>
            <wp:extent cx="3291840" cy="2468880"/>
            <wp:effectExtent l="0" t="0" r="3810" b="7620"/>
            <wp:wrapThrough wrapText="bothSides">
              <wp:wrapPolygon edited="0">
                <wp:start x="0" y="0"/>
                <wp:lineTo x="0" y="21500"/>
                <wp:lineTo x="21500" y="21500"/>
                <wp:lineTo x="21500"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94AF6" w14:textId="1AAE0AFC" w:rsidR="00CE600C" w:rsidRPr="007457D7" w:rsidRDefault="00CE600C" w:rsidP="006A6459">
      <w:pPr>
        <w:spacing w:line="360" w:lineRule="auto"/>
        <w:jc w:val="both"/>
      </w:pPr>
    </w:p>
    <w:p w14:paraId="7D911DD1" w14:textId="4ABA70CA" w:rsidR="00CE600C" w:rsidRPr="007457D7" w:rsidRDefault="00CE600C" w:rsidP="006A6459">
      <w:pPr>
        <w:spacing w:line="360" w:lineRule="auto"/>
        <w:jc w:val="both"/>
      </w:pPr>
    </w:p>
    <w:p w14:paraId="6799D639" w14:textId="0FA672D0" w:rsidR="00CE600C" w:rsidRPr="007457D7" w:rsidRDefault="00CE600C" w:rsidP="006A6459">
      <w:pPr>
        <w:spacing w:line="360" w:lineRule="auto"/>
        <w:jc w:val="both"/>
      </w:pPr>
    </w:p>
    <w:p w14:paraId="2332DF35" w14:textId="77777777" w:rsidR="00CE600C" w:rsidRPr="007457D7" w:rsidRDefault="00CE600C" w:rsidP="006A6459">
      <w:pPr>
        <w:spacing w:line="360" w:lineRule="auto"/>
        <w:jc w:val="both"/>
      </w:pPr>
    </w:p>
    <w:p w14:paraId="168E6BD9" w14:textId="77777777" w:rsidR="00CE600C" w:rsidRPr="007457D7" w:rsidRDefault="00CE600C" w:rsidP="006A6459">
      <w:pPr>
        <w:spacing w:line="360" w:lineRule="auto"/>
        <w:jc w:val="both"/>
      </w:pPr>
    </w:p>
    <w:p w14:paraId="61257DAE" w14:textId="77777777" w:rsidR="00CE600C" w:rsidRPr="007457D7" w:rsidRDefault="00CE600C" w:rsidP="006A6459">
      <w:pPr>
        <w:spacing w:line="360" w:lineRule="auto"/>
        <w:jc w:val="both"/>
      </w:pPr>
    </w:p>
    <w:p w14:paraId="779FF0CE" w14:textId="4B86E719" w:rsidR="00CE600C" w:rsidRPr="007457D7" w:rsidRDefault="00323075" w:rsidP="006A6459">
      <w:pPr>
        <w:spacing w:line="360" w:lineRule="auto"/>
        <w:jc w:val="both"/>
      </w:pPr>
      <w:r w:rsidRPr="007457D7">
        <w:rPr>
          <w:noProof/>
        </w:rPr>
        <w:drawing>
          <wp:anchor distT="0" distB="0" distL="114300" distR="114300" simplePos="0" relativeHeight="251661312" behindDoc="1" locked="0" layoutInCell="1" allowOverlap="1" wp14:anchorId="47C3B411" wp14:editId="2005E281">
            <wp:simplePos x="0" y="0"/>
            <wp:positionH relativeFrom="column">
              <wp:posOffset>-426720</wp:posOffset>
            </wp:positionH>
            <wp:positionV relativeFrom="paragraph">
              <wp:posOffset>447040</wp:posOffset>
            </wp:positionV>
            <wp:extent cx="3314700" cy="2179757"/>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9383" cy="21828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6D40" w14:textId="330E6D61" w:rsidR="00CE600C" w:rsidRPr="007457D7" w:rsidRDefault="00CE600C" w:rsidP="006A6459">
      <w:pPr>
        <w:spacing w:line="360" w:lineRule="auto"/>
        <w:jc w:val="both"/>
      </w:pPr>
    </w:p>
    <w:p w14:paraId="50BCC09C" w14:textId="53F74A57" w:rsidR="00CE600C" w:rsidRPr="007457D7" w:rsidRDefault="00CE600C" w:rsidP="006A6459">
      <w:pPr>
        <w:spacing w:line="360" w:lineRule="auto"/>
        <w:jc w:val="both"/>
      </w:pPr>
    </w:p>
    <w:p w14:paraId="59957A32" w14:textId="546A0FAD" w:rsidR="00CE600C" w:rsidRPr="007457D7" w:rsidRDefault="00323075" w:rsidP="006A6459">
      <w:pPr>
        <w:spacing w:line="360" w:lineRule="auto"/>
        <w:jc w:val="both"/>
      </w:pPr>
      <w:r w:rsidRPr="007457D7">
        <w:rPr>
          <w:noProof/>
        </w:rPr>
        <w:drawing>
          <wp:anchor distT="0" distB="0" distL="114300" distR="114300" simplePos="0" relativeHeight="251660288" behindDoc="1" locked="0" layoutInCell="1" allowOverlap="1" wp14:anchorId="2BA1007A" wp14:editId="40D65BDB">
            <wp:simplePos x="0" y="0"/>
            <wp:positionH relativeFrom="column">
              <wp:posOffset>3123565</wp:posOffset>
            </wp:positionH>
            <wp:positionV relativeFrom="paragraph">
              <wp:posOffset>75565</wp:posOffset>
            </wp:positionV>
            <wp:extent cx="3051056" cy="200406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056"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E2810" w14:textId="5E2534DE" w:rsidR="00CE600C" w:rsidRPr="007457D7" w:rsidRDefault="00CE600C" w:rsidP="006A6459">
      <w:pPr>
        <w:spacing w:line="360" w:lineRule="auto"/>
        <w:jc w:val="both"/>
      </w:pPr>
    </w:p>
    <w:p w14:paraId="3F8DB89B" w14:textId="77777777" w:rsidR="00CE600C" w:rsidRPr="007457D7" w:rsidRDefault="00CE600C" w:rsidP="006A6459">
      <w:pPr>
        <w:spacing w:line="360" w:lineRule="auto"/>
        <w:jc w:val="both"/>
      </w:pPr>
    </w:p>
    <w:p w14:paraId="29EF8F9F" w14:textId="22D71C69" w:rsidR="0076126F" w:rsidRPr="007457D7" w:rsidRDefault="0076126F" w:rsidP="006A6459">
      <w:pPr>
        <w:spacing w:line="360" w:lineRule="auto"/>
        <w:jc w:val="both"/>
      </w:pPr>
      <w:r w:rsidRPr="007457D7">
        <w:t xml:space="preserve"> </w:t>
      </w:r>
    </w:p>
    <w:p w14:paraId="62984060" w14:textId="77777777" w:rsidR="0076126F" w:rsidRPr="007457D7" w:rsidRDefault="0076126F" w:rsidP="006A6459">
      <w:pPr>
        <w:spacing w:line="360" w:lineRule="auto"/>
        <w:jc w:val="both"/>
      </w:pPr>
    </w:p>
    <w:p w14:paraId="5F7BA362" w14:textId="77777777" w:rsidR="0076126F" w:rsidRPr="007457D7" w:rsidRDefault="0076126F" w:rsidP="006A6459">
      <w:pPr>
        <w:spacing w:line="360" w:lineRule="auto"/>
        <w:jc w:val="both"/>
      </w:pPr>
    </w:p>
    <w:p w14:paraId="02B6D1EE" w14:textId="1245EB87" w:rsidR="00323075" w:rsidRPr="007457D7" w:rsidRDefault="00FB1CED" w:rsidP="006A2921">
      <w:pPr>
        <w:pStyle w:val="ae"/>
        <w:numPr>
          <w:ilvl w:val="0"/>
          <w:numId w:val="19"/>
        </w:numPr>
        <w:spacing w:line="360" w:lineRule="auto"/>
        <w:jc w:val="both"/>
      </w:pPr>
      <w:r w:rsidRPr="007457D7">
        <w:lastRenderedPageBreak/>
        <w:t xml:space="preserve">We will stay in mixed rooms according to gender. We will have 3 meals a day at the hotel.  </w:t>
      </w:r>
      <w:r w:rsidRPr="00323075">
        <w:rPr>
          <w:color w:val="943634" w:themeColor="accent2" w:themeShade="BF"/>
          <w:u w:val="single"/>
        </w:rPr>
        <w:t>There will be shared bathrooms and toilets according to gender.</w:t>
      </w:r>
      <w:r w:rsidRPr="00323075">
        <w:rPr>
          <w:color w:val="943634" w:themeColor="accent2" w:themeShade="BF"/>
        </w:rPr>
        <w:t xml:space="preserve"> </w:t>
      </w:r>
    </w:p>
    <w:p w14:paraId="13A7811C" w14:textId="3B11D23A" w:rsidR="00323075" w:rsidRDefault="00FB1CED" w:rsidP="006A2921">
      <w:pPr>
        <w:pStyle w:val="ae"/>
        <w:numPr>
          <w:ilvl w:val="0"/>
          <w:numId w:val="19"/>
        </w:numPr>
        <w:spacing w:line="360" w:lineRule="auto"/>
        <w:jc w:val="both"/>
      </w:pPr>
      <w:r w:rsidRPr="007457D7">
        <w:t>Slipper, shampoo, towels, bed linens etc</w:t>
      </w:r>
      <w:r w:rsidR="00CD50F9" w:rsidRPr="007457D7">
        <w:t>.</w:t>
      </w:r>
      <w:r w:rsidRPr="007457D7">
        <w:t xml:space="preserve"> (personal belonging</w:t>
      </w:r>
      <w:r w:rsidR="00CD50F9" w:rsidRPr="007457D7">
        <w:t>s</w:t>
      </w:r>
      <w:r w:rsidRPr="007457D7">
        <w:t xml:space="preserve">) </w:t>
      </w:r>
    </w:p>
    <w:p w14:paraId="75954C78" w14:textId="502E8135" w:rsidR="00323075" w:rsidRPr="00323075" w:rsidRDefault="00FB1CED" w:rsidP="006A6459">
      <w:pPr>
        <w:pStyle w:val="ae"/>
        <w:numPr>
          <w:ilvl w:val="0"/>
          <w:numId w:val="19"/>
        </w:numPr>
        <w:spacing w:line="360" w:lineRule="auto"/>
        <w:jc w:val="both"/>
        <w:rPr>
          <w:i/>
          <w:iCs/>
          <w:color w:val="943634" w:themeColor="accent2" w:themeShade="BF"/>
        </w:rPr>
      </w:pPr>
      <w:r w:rsidRPr="00323075">
        <w:rPr>
          <w:i/>
          <w:iCs/>
          <w:color w:val="943634" w:themeColor="accent2" w:themeShade="BF"/>
        </w:rPr>
        <w:t xml:space="preserve">hoodies, jackets (Weather can be a bit colder at </w:t>
      </w:r>
      <w:r w:rsidR="006A6459" w:rsidRPr="00323075">
        <w:rPr>
          <w:i/>
          <w:iCs/>
          <w:color w:val="943634" w:themeColor="accent2" w:themeShade="BF"/>
        </w:rPr>
        <w:t>night</w:t>
      </w:r>
      <w:r w:rsidRPr="00323075">
        <w:rPr>
          <w:i/>
          <w:iCs/>
          <w:color w:val="943634" w:themeColor="accent2" w:themeShade="BF"/>
        </w:rPr>
        <w:t xml:space="preserve"> in Germany</w:t>
      </w:r>
    </w:p>
    <w:p w14:paraId="24430AD6" w14:textId="77777777" w:rsidR="006A2921" w:rsidRDefault="006A2921" w:rsidP="00323075">
      <w:pPr>
        <w:spacing w:line="360" w:lineRule="auto"/>
        <w:jc w:val="center"/>
        <w:rPr>
          <w:sz w:val="24"/>
          <w:szCs w:val="24"/>
        </w:rPr>
      </w:pPr>
    </w:p>
    <w:p w14:paraId="01814BEF" w14:textId="1F69432E" w:rsidR="00DE6421" w:rsidRPr="00323075" w:rsidRDefault="006A1DE4" w:rsidP="00323075">
      <w:pPr>
        <w:spacing w:line="360" w:lineRule="auto"/>
        <w:jc w:val="center"/>
        <w:rPr>
          <w:b/>
          <w:bCs/>
          <w:sz w:val="24"/>
          <w:szCs w:val="24"/>
        </w:rPr>
      </w:pPr>
      <w:r w:rsidRPr="00323075">
        <w:rPr>
          <w:sz w:val="24"/>
          <w:szCs w:val="24"/>
        </w:rPr>
        <w:t xml:space="preserve">We </w:t>
      </w:r>
      <w:r w:rsidR="006A6459" w:rsidRPr="00323075">
        <w:rPr>
          <w:sz w:val="24"/>
          <w:szCs w:val="24"/>
        </w:rPr>
        <w:t xml:space="preserve">will </w:t>
      </w:r>
      <w:r w:rsidRPr="00323075">
        <w:rPr>
          <w:sz w:val="24"/>
          <w:szCs w:val="24"/>
        </w:rPr>
        <w:t xml:space="preserve">have </w:t>
      </w:r>
      <w:r w:rsidRPr="00323075">
        <w:rPr>
          <w:b/>
          <w:bCs/>
          <w:sz w:val="24"/>
          <w:szCs w:val="24"/>
        </w:rPr>
        <w:t>INTERCULTURAL NIGHT</w:t>
      </w:r>
      <w:r w:rsidR="006A6459" w:rsidRPr="00323075">
        <w:rPr>
          <w:b/>
          <w:bCs/>
          <w:sz w:val="24"/>
          <w:szCs w:val="24"/>
        </w:rPr>
        <w:t>S</w:t>
      </w:r>
      <w:r w:rsidRPr="00323075">
        <w:rPr>
          <w:b/>
          <w:bCs/>
          <w:sz w:val="24"/>
          <w:szCs w:val="24"/>
        </w:rPr>
        <w:t>.</w:t>
      </w:r>
    </w:p>
    <w:p w14:paraId="46449D61" w14:textId="2D2FBFBD" w:rsidR="00DE6421" w:rsidRPr="007457D7" w:rsidRDefault="00DE6421" w:rsidP="006A6459">
      <w:pPr>
        <w:spacing w:line="360" w:lineRule="auto"/>
        <w:jc w:val="center"/>
      </w:pPr>
      <w:r w:rsidRPr="007457D7">
        <w:rPr>
          <w:noProof/>
        </w:rPr>
        <w:drawing>
          <wp:inline distT="0" distB="0" distL="0" distR="0" wp14:anchorId="74632E4A" wp14:editId="328102B5">
            <wp:extent cx="609600" cy="609600"/>
            <wp:effectExtent l="0" t="0" r="0" b="0"/>
            <wp:docPr id="1080966094" name="Рисунок 55" descr="Festiv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estival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13" cy="611613"/>
                    </a:xfrm>
                    <a:prstGeom prst="rect">
                      <a:avLst/>
                    </a:prstGeom>
                    <a:noFill/>
                    <a:ln>
                      <a:noFill/>
                    </a:ln>
                  </pic:spPr>
                </pic:pic>
              </a:graphicData>
            </a:graphic>
          </wp:inline>
        </w:drawing>
      </w:r>
    </w:p>
    <w:p w14:paraId="45D978C1" w14:textId="5BEDC0C9" w:rsidR="006A1DE4" w:rsidRPr="007457D7" w:rsidRDefault="00FB1CED" w:rsidP="006A6459">
      <w:pPr>
        <w:spacing w:line="360" w:lineRule="auto"/>
        <w:jc w:val="both"/>
      </w:pPr>
      <w:r w:rsidRPr="007457D7">
        <w:t xml:space="preserve">Please </w:t>
      </w:r>
      <w:r w:rsidR="006A1DE4" w:rsidRPr="007457D7">
        <w:t xml:space="preserve">bring </w:t>
      </w:r>
      <w:r w:rsidR="006A6459">
        <w:t>something representing</w:t>
      </w:r>
      <w:r w:rsidR="006A1DE4" w:rsidRPr="007457D7">
        <w:t xml:space="preserve"> your country (food, drinks, sweets, etc.). During the Intercultural night, you can represent your country using presentations, videos songs, or dances. Please discuss everything with your national teams to coordinate it in advance.</w:t>
      </w:r>
    </w:p>
    <w:p w14:paraId="007F4A9F" w14:textId="46C211B6" w:rsidR="006A2921" w:rsidRPr="006A2921" w:rsidRDefault="006A2921" w:rsidP="006A2921">
      <w:pPr>
        <w:spacing w:line="360" w:lineRule="auto"/>
        <w:jc w:val="center"/>
        <w:rPr>
          <w:b/>
          <w:bCs/>
        </w:rPr>
      </w:pPr>
      <w:r w:rsidRPr="006A2921">
        <w:rPr>
          <w:b/>
          <w:bCs/>
        </w:rPr>
        <w:t>LANGUAGE OF THE PROJECTS</w:t>
      </w:r>
    </w:p>
    <w:p w14:paraId="332F7578" w14:textId="1E2E56ED" w:rsidR="00C217BB" w:rsidRPr="006A2921" w:rsidRDefault="006A2921" w:rsidP="006A2921">
      <w:pPr>
        <w:spacing w:line="360" w:lineRule="auto"/>
        <w:jc w:val="both"/>
        <w:rPr>
          <w:i/>
          <w:iCs/>
        </w:rPr>
      </w:pPr>
      <w:r w:rsidRPr="006A2921">
        <w:rPr>
          <w:i/>
          <w:iCs/>
        </w:rPr>
        <w:t>English is the general language of the projects, but during our activities group leaders will arrange and organize the translation in order to facilitate full understanding and the effective communication between participants.</w:t>
      </w:r>
    </w:p>
    <w:p w14:paraId="78647919" w14:textId="77777777" w:rsidR="00323075" w:rsidRDefault="00323075" w:rsidP="006A6459">
      <w:pPr>
        <w:spacing w:line="360" w:lineRule="auto"/>
        <w:jc w:val="both"/>
      </w:pPr>
    </w:p>
    <w:p w14:paraId="7A8F6CC1" w14:textId="38B0A954" w:rsidR="006A2921" w:rsidRPr="007457D7" w:rsidRDefault="006A2921" w:rsidP="006A2921">
      <w:pPr>
        <w:spacing w:line="360" w:lineRule="auto"/>
        <w:jc w:val="center"/>
        <w:rPr>
          <w:b/>
          <w:bCs/>
        </w:rPr>
      </w:pPr>
      <w:r w:rsidRPr="006A2921">
        <w:rPr>
          <w:b/>
          <w:bCs/>
          <w:highlight w:val="cyan"/>
        </w:rPr>
        <w:t>BACKGROUND OF THE PARTICIPANTS</w:t>
      </w:r>
    </w:p>
    <w:p w14:paraId="6B4C1608" w14:textId="77777777" w:rsidR="006A2921" w:rsidRPr="007457D7" w:rsidRDefault="006A2921" w:rsidP="006A2921">
      <w:pPr>
        <w:spacing w:line="360" w:lineRule="auto"/>
        <w:jc w:val="center"/>
      </w:pPr>
      <w:r w:rsidRPr="007457D7">
        <w:rPr>
          <w:noProof/>
        </w:rPr>
        <w:drawing>
          <wp:inline distT="0" distB="0" distL="0" distR="0" wp14:anchorId="0459BCBF" wp14:editId="01AAACE1">
            <wp:extent cx="922866" cy="922866"/>
            <wp:effectExtent l="0" t="0" r="0" b="0"/>
            <wp:docPr id="2105608962" name="Рисунок 58" descr="Grou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Group ic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4085" cy="924085"/>
                    </a:xfrm>
                    <a:prstGeom prst="rect">
                      <a:avLst/>
                    </a:prstGeom>
                    <a:noFill/>
                    <a:ln>
                      <a:noFill/>
                    </a:ln>
                  </pic:spPr>
                </pic:pic>
              </a:graphicData>
            </a:graphic>
          </wp:inline>
        </w:drawing>
      </w:r>
    </w:p>
    <w:p w14:paraId="6DB5AB39" w14:textId="77777777" w:rsidR="006A2921" w:rsidRDefault="006A2921" w:rsidP="006A2921">
      <w:pPr>
        <w:pStyle w:val="ae"/>
        <w:numPr>
          <w:ilvl w:val="0"/>
          <w:numId w:val="23"/>
        </w:numPr>
        <w:spacing w:line="360" w:lineRule="auto"/>
        <w:jc w:val="center"/>
      </w:pPr>
      <w:r w:rsidRPr="007457D7">
        <w:t>Youth workers, leaders, trainers, multipliers</w:t>
      </w:r>
    </w:p>
    <w:p w14:paraId="78252FDB" w14:textId="77777777" w:rsidR="006A2921" w:rsidRDefault="006A2921" w:rsidP="006A2921">
      <w:pPr>
        <w:pStyle w:val="ae"/>
        <w:numPr>
          <w:ilvl w:val="0"/>
          <w:numId w:val="23"/>
        </w:numPr>
        <w:spacing w:line="360" w:lineRule="auto"/>
        <w:jc w:val="center"/>
      </w:pPr>
      <w:r w:rsidRPr="007457D7">
        <w:t>High motivation</w:t>
      </w:r>
    </w:p>
    <w:p w14:paraId="3C24EBFE" w14:textId="77777777" w:rsidR="006A2921" w:rsidRDefault="006A2921" w:rsidP="006A2921">
      <w:pPr>
        <w:pStyle w:val="ae"/>
        <w:numPr>
          <w:ilvl w:val="0"/>
          <w:numId w:val="23"/>
        </w:numPr>
        <w:spacing w:line="360" w:lineRule="auto"/>
        <w:jc w:val="center"/>
      </w:pPr>
      <w:r w:rsidRPr="007457D7">
        <w:t>From 18-28 years old</w:t>
      </w:r>
    </w:p>
    <w:p w14:paraId="66CD388B" w14:textId="77777777" w:rsidR="006A2921" w:rsidRDefault="006A2921" w:rsidP="006A2921">
      <w:pPr>
        <w:pStyle w:val="ae"/>
        <w:numPr>
          <w:ilvl w:val="0"/>
          <w:numId w:val="23"/>
        </w:numPr>
        <w:spacing w:line="360" w:lineRule="auto"/>
        <w:jc w:val="center"/>
      </w:pPr>
      <w:r w:rsidRPr="007457D7">
        <w:t>Gender balance among national groups preferably</w:t>
      </w:r>
    </w:p>
    <w:p w14:paraId="5509B197" w14:textId="77777777" w:rsidR="006A2921" w:rsidRDefault="006A2921" w:rsidP="006A2921">
      <w:pPr>
        <w:pStyle w:val="ae"/>
        <w:numPr>
          <w:ilvl w:val="0"/>
          <w:numId w:val="23"/>
        </w:numPr>
        <w:spacing w:line="360" w:lineRule="auto"/>
        <w:jc w:val="center"/>
      </w:pPr>
      <w:r w:rsidRPr="007457D7">
        <w:t>English proficiency is required</w:t>
      </w:r>
    </w:p>
    <w:p w14:paraId="5CB8F418" w14:textId="535A94C2" w:rsidR="006A2921" w:rsidRPr="007457D7" w:rsidRDefault="006A2921" w:rsidP="006A2921">
      <w:pPr>
        <w:pStyle w:val="ae"/>
        <w:numPr>
          <w:ilvl w:val="0"/>
          <w:numId w:val="23"/>
        </w:numPr>
        <w:spacing w:line="360" w:lineRule="auto"/>
        <w:jc w:val="center"/>
      </w:pPr>
      <w:r w:rsidRPr="007457D7">
        <w:t>People who are open to learning about the topic,</w:t>
      </w:r>
    </w:p>
    <w:p w14:paraId="6ED8A14B" w14:textId="7F746C49" w:rsidR="00BA6210" w:rsidRPr="00D71AE4" w:rsidRDefault="006A2921" w:rsidP="00D71AE4">
      <w:pPr>
        <w:pStyle w:val="ae"/>
        <w:numPr>
          <w:ilvl w:val="0"/>
          <w:numId w:val="23"/>
        </w:numPr>
        <w:spacing w:line="360" w:lineRule="auto"/>
        <w:jc w:val="center"/>
        <w:rPr>
          <w:i/>
          <w:iCs/>
        </w:rPr>
      </w:pPr>
      <w:r w:rsidRPr="006A2921">
        <w:rPr>
          <w:i/>
          <w:iCs/>
        </w:rPr>
        <w:lastRenderedPageBreak/>
        <w:t>High motivation on interculturality and the importance of cultural value.</w:t>
      </w:r>
    </w:p>
    <w:p w14:paraId="16AE4172" w14:textId="5E788EB0" w:rsidR="00FB1CED" w:rsidRDefault="00FB1CED" w:rsidP="00323075">
      <w:pPr>
        <w:spacing w:line="360" w:lineRule="auto"/>
        <w:jc w:val="center"/>
        <w:rPr>
          <w:b/>
          <w:bCs/>
          <w:sz w:val="24"/>
          <w:szCs w:val="24"/>
        </w:rPr>
      </w:pPr>
      <w:bookmarkStart w:id="3" w:name="_Hlk187701250"/>
      <w:r w:rsidRPr="006A2921">
        <w:rPr>
          <w:b/>
          <w:bCs/>
          <w:sz w:val="24"/>
          <w:szCs w:val="24"/>
          <w:highlight w:val="cyan"/>
        </w:rPr>
        <w:t>NUMBER OF PARTICIPANTS</w:t>
      </w:r>
    </w:p>
    <w:p w14:paraId="1AF5ADB1" w14:textId="060266D5" w:rsidR="00CF33E4" w:rsidRPr="00CF33E4" w:rsidRDefault="00CF33E4" w:rsidP="00CF33E4">
      <w:pPr>
        <w:spacing w:line="360" w:lineRule="auto"/>
        <w:rPr>
          <w:sz w:val="24"/>
          <w:szCs w:val="24"/>
        </w:rPr>
      </w:pPr>
      <w:r w:rsidRPr="00CF33E4">
        <w:rPr>
          <w:sz w:val="24"/>
          <w:szCs w:val="24"/>
        </w:rPr>
        <w:t xml:space="preserve">There will be participants from Germany, Hungary, Romania and Turkey. </w:t>
      </w:r>
    </w:p>
    <w:p w14:paraId="23E8E026" w14:textId="0AABF66D" w:rsidR="00FB1CED" w:rsidRPr="007457D7" w:rsidRDefault="00FB1CED" w:rsidP="006A6459">
      <w:pPr>
        <w:spacing w:line="360" w:lineRule="auto"/>
        <w:jc w:val="both"/>
      </w:pPr>
      <w:r w:rsidRPr="007457D7">
        <w:t>The age limit for participants is 18-28 years old</w:t>
      </w:r>
    </w:p>
    <w:tbl>
      <w:tblPr>
        <w:tblStyle w:val="aff0"/>
        <w:tblW w:w="10201" w:type="dxa"/>
        <w:tblLook w:val="04A0" w:firstRow="1" w:lastRow="0" w:firstColumn="1" w:lastColumn="0" w:noHBand="0" w:noVBand="1"/>
      </w:tblPr>
      <w:tblGrid>
        <w:gridCol w:w="3256"/>
        <w:gridCol w:w="2976"/>
        <w:gridCol w:w="3969"/>
      </w:tblGrid>
      <w:tr w:rsidR="00CF33E4" w:rsidRPr="007457D7" w14:paraId="288558E2" w14:textId="4152EC75" w:rsidTr="00CF33E4">
        <w:tc>
          <w:tcPr>
            <w:tcW w:w="3256" w:type="dxa"/>
          </w:tcPr>
          <w:p w14:paraId="5E0F1C55" w14:textId="00E6602E" w:rsidR="00CF33E4" w:rsidRPr="007457D7" w:rsidRDefault="00CF33E4" w:rsidP="006A6459">
            <w:pPr>
              <w:spacing w:line="360" w:lineRule="auto"/>
              <w:jc w:val="both"/>
            </w:pPr>
            <w:r w:rsidRPr="007457D7">
              <w:t>Country</w:t>
            </w:r>
          </w:p>
        </w:tc>
        <w:tc>
          <w:tcPr>
            <w:tcW w:w="2976" w:type="dxa"/>
          </w:tcPr>
          <w:p w14:paraId="04BED887" w14:textId="37292E25" w:rsidR="00CF33E4" w:rsidRPr="007457D7" w:rsidRDefault="00CF33E4" w:rsidP="006A6459">
            <w:pPr>
              <w:spacing w:line="360" w:lineRule="auto"/>
              <w:jc w:val="both"/>
            </w:pPr>
            <w:r w:rsidRPr="007457D7">
              <w:t>Number</w:t>
            </w:r>
          </w:p>
        </w:tc>
        <w:tc>
          <w:tcPr>
            <w:tcW w:w="3969" w:type="dxa"/>
          </w:tcPr>
          <w:p w14:paraId="25461E1F" w14:textId="6BF88741" w:rsidR="00CF33E4" w:rsidRPr="007457D7" w:rsidRDefault="00CF33E4" w:rsidP="006A6459">
            <w:pPr>
              <w:spacing w:line="360" w:lineRule="auto"/>
              <w:jc w:val="both"/>
            </w:pPr>
            <w:r w:rsidRPr="007457D7">
              <w:t xml:space="preserve">Travel  </w:t>
            </w:r>
          </w:p>
        </w:tc>
      </w:tr>
      <w:tr w:rsidR="00CF33E4" w:rsidRPr="007457D7" w14:paraId="09DFB151" w14:textId="0DFE4808" w:rsidTr="00CF33E4">
        <w:tc>
          <w:tcPr>
            <w:tcW w:w="3256" w:type="dxa"/>
          </w:tcPr>
          <w:p w14:paraId="52D7F929" w14:textId="3D561DA4" w:rsidR="00CF33E4" w:rsidRPr="007457D7" w:rsidRDefault="00CF33E4" w:rsidP="006A6459">
            <w:pPr>
              <w:spacing w:line="360" w:lineRule="auto"/>
              <w:jc w:val="both"/>
            </w:pPr>
            <w:r w:rsidRPr="007457D7">
              <w:t>Germany</w:t>
            </w:r>
            <w:r>
              <w:br/>
            </w:r>
            <w:r w:rsidRPr="006A6459">
              <w:rPr>
                <w:color w:val="00B050"/>
              </w:rPr>
              <w:t>(GREEN TRAVEL)</w:t>
            </w:r>
          </w:p>
        </w:tc>
        <w:tc>
          <w:tcPr>
            <w:tcW w:w="2976" w:type="dxa"/>
          </w:tcPr>
          <w:p w14:paraId="427E7F1F" w14:textId="71F504E2" w:rsidR="00CF33E4" w:rsidRPr="007457D7" w:rsidRDefault="00CF33E4" w:rsidP="006A6459">
            <w:pPr>
              <w:spacing w:line="360" w:lineRule="auto"/>
              <w:jc w:val="both"/>
            </w:pPr>
            <w:r w:rsidRPr="007457D7">
              <w:t xml:space="preserve">10 participants  </w:t>
            </w:r>
          </w:p>
        </w:tc>
        <w:tc>
          <w:tcPr>
            <w:tcW w:w="3969" w:type="dxa"/>
          </w:tcPr>
          <w:p w14:paraId="6F1E1A4B" w14:textId="071F6F86" w:rsidR="00CF33E4" w:rsidRPr="007457D7" w:rsidRDefault="00CF33E4" w:rsidP="006A6459">
            <w:pPr>
              <w:spacing w:line="360" w:lineRule="auto"/>
              <w:jc w:val="both"/>
            </w:pPr>
            <w:r w:rsidRPr="007457D7">
              <w:t>Grant per participant 5</w:t>
            </w:r>
            <w:r>
              <w:t xml:space="preserve">0 </w:t>
            </w:r>
            <w:r w:rsidRPr="007457D7">
              <w:t>EUR for travel cost</w:t>
            </w:r>
          </w:p>
        </w:tc>
      </w:tr>
      <w:bookmarkEnd w:id="3"/>
    </w:tbl>
    <w:p w14:paraId="0120470B" w14:textId="4A57FBFF" w:rsidR="00FB1CED" w:rsidRPr="007457D7" w:rsidRDefault="00FB1CED" w:rsidP="006A6459">
      <w:pPr>
        <w:spacing w:line="360" w:lineRule="auto"/>
        <w:jc w:val="both"/>
      </w:pPr>
    </w:p>
    <w:p w14:paraId="42A36E12" w14:textId="29B7FEB9" w:rsidR="00FB1CED" w:rsidRPr="007457D7" w:rsidRDefault="00FB1CED" w:rsidP="005A0093">
      <w:pPr>
        <w:spacing w:line="360" w:lineRule="auto"/>
        <w:jc w:val="center"/>
      </w:pPr>
      <w:r w:rsidRPr="007457D7">
        <w:rPr>
          <w:noProof/>
        </w:rPr>
        <w:drawing>
          <wp:inline distT="0" distB="0" distL="0" distR="0" wp14:anchorId="12B3BCCD" wp14:editId="145EC3CA">
            <wp:extent cx="778933" cy="778933"/>
            <wp:effectExtent l="0" t="0" r="2540" b="2540"/>
            <wp:docPr id="536909419" name="Рисунок 56" descr="Shap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hape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549" cy="781549"/>
                    </a:xfrm>
                    <a:prstGeom prst="rect">
                      <a:avLst/>
                    </a:prstGeom>
                    <a:noFill/>
                    <a:ln>
                      <a:noFill/>
                    </a:ln>
                  </pic:spPr>
                </pic:pic>
              </a:graphicData>
            </a:graphic>
          </wp:inline>
        </w:drawing>
      </w:r>
    </w:p>
    <w:p w14:paraId="49D46323" w14:textId="16DCA5DA" w:rsidR="00FB1CED" w:rsidRPr="006A2921" w:rsidRDefault="00FB1CED" w:rsidP="005A0093">
      <w:pPr>
        <w:spacing w:line="360" w:lineRule="auto"/>
        <w:jc w:val="center"/>
        <w:rPr>
          <w:b/>
          <w:bCs/>
          <w:sz w:val="36"/>
          <w:szCs w:val="36"/>
        </w:rPr>
      </w:pPr>
      <w:r w:rsidRPr="006A2921">
        <w:rPr>
          <w:b/>
          <w:bCs/>
          <w:sz w:val="24"/>
          <w:szCs w:val="24"/>
          <w:highlight w:val="cyan"/>
        </w:rPr>
        <w:t>TRAVEL AND RULES</w:t>
      </w:r>
    </w:p>
    <w:p w14:paraId="058575A3" w14:textId="77777777" w:rsidR="00FB1CED" w:rsidRPr="007457D7" w:rsidRDefault="00FB1CED" w:rsidP="006A6459">
      <w:pPr>
        <w:spacing w:line="360" w:lineRule="auto"/>
        <w:jc w:val="both"/>
      </w:pPr>
      <w:r w:rsidRPr="007457D7">
        <w:rPr>
          <w:highlight w:val="yellow"/>
        </w:rPr>
        <w:t>Booking Tickets</w:t>
      </w:r>
    </w:p>
    <w:p w14:paraId="714FD6A7" w14:textId="77777777" w:rsidR="00FB1CED" w:rsidRPr="007457D7" w:rsidRDefault="00FB1CED" w:rsidP="007227A8">
      <w:pPr>
        <w:pStyle w:val="ae"/>
        <w:numPr>
          <w:ilvl w:val="0"/>
          <w:numId w:val="24"/>
        </w:numPr>
        <w:spacing w:line="360" w:lineRule="auto"/>
        <w:jc w:val="both"/>
      </w:pPr>
      <w:r w:rsidRPr="007227A8">
        <w:rPr>
          <w:i/>
          <w:iCs/>
          <w:color w:val="943634" w:themeColor="accent2" w:themeShade="BF"/>
        </w:rPr>
        <w:t>Choose the most optimal tickets for your travel</w:t>
      </w:r>
      <w:r w:rsidRPr="007457D7">
        <w:t>.</w:t>
      </w:r>
    </w:p>
    <w:p w14:paraId="1EEAB6DC" w14:textId="77777777" w:rsidR="00FB1CED" w:rsidRPr="007227A8" w:rsidRDefault="00FB1CED" w:rsidP="007227A8">
      <w:pPr>
        <w:pStyle w:val="ae"/>
        <w:numPr>
          <w:ilvl w:val="0"/>
          <w:numId w:val="24"/>
        </w:numPr>
        <w:spacing w:line="360" w:lineRule="auto"/>
        <w:jc w:val="both"/>
        <w:rPr>
          <w:i/>
          <w:iCs/>
          <w:color w:val="943634" w:themeColor="accent2" w:themeShade="BF"/>
        </w:rPr>
      </w:pPr>
      <w:r w:rsidRPr="007227A8">
        <w:rPr>
          <w:i/>
          <w:iCs/>
          <w:color w:val="943634" w:themeColor="accent2" w:themeShade="BF"/>
        </w:rPr>
        <w:t>Do not purchase tickets without prior confirmation from the project coordinator. Tickets bought without confirmation will not be reimbursed.</w:t>
      </w:r>
    </w:p>
    <w:p w14:paraId="299FB60A" w14:textId="77777777" w:rsidR="00FB1CED" w:rsidRPr="007457D7" w:rsidRDefault="00FB1CED" w:rsidP="006A6459">
      <w:pPr>
        <w:spacing w:line="360" w:lineRule="auto"/>
        <w:jc w:val="both"/>
      </w:pPr>
      <w:r w:rsidRPr="007457D7">
        <w:rPr>
          <w:highlight w:val="yellow"/>
        </w:rPr>
        <w:t>Documentation</w:t>
      </w:r>
    </w:p>
    <w:p w14:paraId="6F176FC0" w14:textId="3F5C95A2" w:rsidR="00FB1CED" w:rsidRPr="007227A8" w:rsidRDefault="00FB1CED" w:rsidP="007227A8">
      <w:pPr>
        <w:pStyle w:val="ae"/>
        <w:numPr>
          <w:ilvl w:val="0"/>
          <w:numId w:val="25"/>
        </w:numPr>
        <w:spacing w:line="360" w:lineRule="auto"/>
        <w:jc w:val="both"/>
        <w:rPr>
          <w:i/>
          <w:iCs/>
          <w:color w:val="943634" w:themeColor="accent2" w:themeShade="BF"/>
        </w:rPr>
      </w:pPr>
      <w:r w:rsidRPr="007227A8">
        <w:rPr>
          <w:i/>
          <w:iCs/>
          <w:color w:val="943634" w:themeColor="accent2" w:themeShade="BF"/>
        </w:rPr>
        <w:t>Keep all boarding cards, e-tickets, invoices, and bus/train tickets. These documents are necessary for reimbursement.</w:t>
      </w:r>
      <w:r w:rsidR="004D0C65">
        <w:rPr>
          <w:i/>
          <w:iCs/>
          <w:color w:val="943634" w:themeColor="accent2" w:themeShade="BF"/>
        </w:rPr>
        <w:t xml:space="preserve"> </w:t>
      </w:r>
      <w:r w:rsidR="00D71AE4">
        <w:rPr>
          <w:i/>
          <w:iCs/>
          <w:color w:val="943634" w:themeColor="accent2" w:themeShade="BF"/>
        </w:rPr>
        <w:t xml:space="preserve">Tickets </w:t>
      </w:r>
      <w:r w:rsidR="004D0C65" w:rsidRPr="004D0C65">
        <w:rPr>
          <w:i/>
          <w:iCs/>
          <w:color w:val="943634" w:themeColor="accent2" w:themeShade="BF"/>
        </w:rPr>
        <w:t>should always be accompanied with the boarding passes, when requesting the travel reimbursement.</w:t>
      </w:r>
    </w:p>
    <w:p w14:paraId="71271BF2" w14:textId="77777777" w:rsidR="00FB1CED" w:rsidRPr="007227A8" w:rsidRDefault="00FB1CED" w:rsidP="007227A8">
      <w:pPr>
        <w:pStyle w:val="ae"/>
        <w:numPr>
          <w:ilvl w:val="0"/>
          <w:numId w:val="25"/>
        </w:numPr>
        <w:spacing w:line="360" w:lineRule="auto"/>
        <w:jc w:val="both"/>
        <w:rPr>
          <w:i/>
          <w:iCs/>
          <w:color w:val="943634" w:themeColor="accent2" w:themeShade="BF"/>
        </w:rPr>
      </w:pPr>
      <w:r w:rsidRPr="007227A8">
        <w:rPr>
          <w:i/>
          <w:iCs/>
          <w:color w:val="943634" w:themeColor="accent2" w:themeShade="BF"/>
        </w:rPr>
        <w:t>Lost documents will result in reimbursement issues.</w:t>
      </w:r>
    </w:p>
    <w:p w14:paraId="04681538" w14:textId="543F9712" w:rsidR="00FB1CED" w:rsidRPr="007457D7" w:rsidRDefault="00FB1CED" w:rsidP="006A6459">
      <w:pPr>
        <w:spacing w:line="360" w:lineRule="auto"/>
        <w:jc w:val="both"/>
      </w:pPr>
      <w:r w:rsidRPr="007227A8">
        <w:rPr>
          <w:highlight w:val="yellow"/>
        </w:rPr>
        <w:t>Reimbursement</w:t>
      </w:r>
      <w:r w:rsidR="007227A8" w:rsidRPr="007227A8">
        <w:rPr>
          <w:highlight w:val="yellow"/>
        </w:rPr>
        <w:t xml:space="preserve"> rules</w:t>
      </w:r>
    </w:p>
    <w:p w14:paraId="2802B407" w14:textId="6E2F0C96" w:rsidR="00FB1CED" w:rsidRPr="007227A8" w:rsidRDefault="00FB1CED" w:rsidP="007227A8">
      <w:pPr>
        <w:pStyle w:val="ae"/>
        <w:numPr>
          <w:ilvl w:val="0"/>
          <w:numId w:val="26"/>
        </w:numPr>
        <w:spacing w:line="360" w:lineRule="auto"/>
        <w:jc w:val="both"/>
        <w:rPr>
          <w:color w:val="943634" w:themeColor="accent2" w:themeShade="BF"/>
        </w:rPr>
      </w:pPr>
      <w:r w:rsidRPr="007457D7">
        <w:t xml:space="preserve">Reimbursements will be processed </w:t>
      </w:r>
      <w:r w:rsidR="00D71AE4">
        <w:t xml:space="preserve">at the event once we have all tickets or bank transfers if we miss something. </w:t>
      </w:r>
    </w:p>
    <w:p w14:paraId="29D34A34" w14:textId="0AC12A3E" w:rsidR="00FB1CED" w:rsidRDefault="00FB1CED" w:rsidP="007227A8">
      <w:pPr>
        <w:pStyle w:val="ae"/>
        <w:numPr>
          <w:ilvl w:val="0"/>
          <w:numId w:val="26"/>
        </w:numPr>
        <w:spacing w:line="360" w:lineRule="auto"/>
        <w:jc w:val="both"/>
      </w:pPr>
      <w:r w:rsidRPr="007457D7">
        <w:t>Attendance of at least 80% of activities is mandatory for reimbursement eligibility.</w:t>
      </w:r>
    </w:p>
    <w:p w14:paraId="362B63B3" w14:textId="653C8723" w:rsidR="00FB1CED" w:rsidRPr="00D71AE4" w:rsidRDefault="004D0C65" w:rsidP="006A6459">
      <w:pPr>
        <w:pStyle w:val="ae"/>
        <w:numPr>
          <w:ilvl w:val="0"/>
          <w:numId w:val="26"/>
        </w:numPr>
        <w:spacing w:line="360" w:lineRule="auto"/>
        <w:jc w:val="both"/>
        <w:rPr>
          <w:i/>
          <w:iCs/>
        </w:rPr>
      </w:pPr>
      <w:r w:rsidRPr="004D0C65">
        <w:t>The participants are invited to use the cheapest means of transportation.</w:t>
      </w:r>
      <w:r w:rsidRPr="004D0C65">
        <w:rPr>
          <w:i/>
          <w:iCs/>
        </w:rPr>
        <w:t xml:space="preserve"> </w:t>
      </w:r>
    </w:p>
    <w:p w14:paraId="51DD41FA" w14:textId="53FE7EDC" w:rsidR="00FB1CED" w:rsidRPr="007457D7" w:rsidRDefault="00FB1CED" w:rsidP="006A6459">
      <w:pPr>
        <w:spacing w:line="360" w:lineRule="auto"/>
        <w:jc w:val="center"/>
      </w:pPr>
      <w:r w:rsidRPr="007457D7">
        <w:rPr>
          <w:noProof/>
        </w:rPr>
        <w:lastRenderedPageBreak/>
        <w:drawing>
          <wp:inline distT="0" distB="0" distL="0" distR="0" wp14:anchorId="2837C10C" wp14:editId="7DF5A66C">
            <wp:extent cx="778933" cy="778933"/>
            <wp:effectExtent l="0" t="0" r="2540" b="2540"/>
            <wp:docPr id="6" name="Рисунок 56" descr="Shape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Shapes ic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1549" cy="781549"/>
                    </a:xfrm>
                    <a:prstGeom prst="rect">
                      <a:avLst/>
                    </a:prstGeom>
                    <a:noFill/>
                    <a:ln>
                      <a:noFill/>
                    </a:ln>
                  </pic:spPr>
                </pic:pic>
              </a:graphicData>
            </a:graphic>
          </wp:inline>
        </w:drawing>
      </w:r>
    </w:p>
    <w:p w14:paraId="00333972" w14:textId="68530911" w:rsidR="00DE6421" w:rsidRPr="007457D7" w:rsidRDefault="007227A8" w:rsidP="005A0093">
      <w:pPr>
        <w:spacing w:line="360" w:lineRule="auto"/>
        <w:jc w:val="center"/>
        <w:rPr>
          <w:b/>
          <w:bCs/>
        </w:rPr>
      </w:pPr>
      <w:r w:rsidRPr="007227A8">
        <w:rPr>
          <w:b/>
          <w:bCs/>
          <w:highlight w:val="cyan"/>
        </w:rPr>
        <w:t>TO KEEP IN MIND</w:t>
      </w:r>
    </w:p>
    <w:p w14:paraId="6A300250" w14:textId="77777777" w:rsidR="007227A8" w:rsidRDefault="006A1DE4" w:rsidP="006A6459">
      <w:pPr>
        <w:pStyle w:val="ae"/>
        <w:numPr>
          <w:ilvl w:val="0"/>
          <w:numId w:val="27"/>
        </w:numPr>
        <w:spacing w:line="360" w:lineRule="auto"/>
        <w:jc w:val="both"/>
      </w:pPr>
      <w:r w:rsidRPr="007457D7">
        <w:t>On the project</w:t>
      </w:r>
      <w:r w:rsidR="00C301A9" w:rsidRPr="007457D7">
        <w:t>,</w:t>
      </w:r>
      <w:r w:rsidRPr="007457D7">
        <w:t xml:space="preserve"> please make sure to take with you a standard set of medication, including specific medications, if there's anything you need to take regularly. </w:t>
      </w:r>
    </w:p>
    <w:p w14:paraId="3F06A092" w14:textId="07B0B6DB" w:rsidR="00C301A9" w:rsidRDefault="007227A8" w:rsidP="006A6459">
      <w:pPr>
        <w:pStyle w:val="ae"/>
        <w:numPr>
          <w:ilvl w:val="0"/>
          <w:numId w:val="27"/>
        </w:numPr>
        <w:spacing w:line="360" w:lineRule="auto"/>
        <w:jc w:val="both"/>
      </w:pPr>
      <w:r>
        <w:t>After the selection of participants</w:t>
      </w:r>
      <w:r w:rsidR="00BA6210">
        <w:t>,</w:t>
      </w:r>
      <w:r>
        <w:t xml:space="preserve"> a Google form will be sent to know about participants' allergies, diets, etc. But p</w:t>
      </w:r>
      <w:r w:rsidR="006A1DE4" w:rsidRPr="007457D7">
        <w:t xml:space="preserve">lease, think about your personal diet needs and if there's anything you doubt to find in </w:t>
      </w:r>
      <w:r>
        <w:t>Germany</w:t>
      </w:r>
      <w:r w:rsidR="006A1DE4" w:rsidRPr="007457D7">
        <w:t xml:space="preserve">, bring it with you, as we cannot guarantee the providence of very specific dietetics. </w:t>
      </w:r>
    </w:p>
    <w:p w14:paraId="3D13F752" w14:textId="61B4CCF9" w:rsidR="004D0C65" w:rsidRPr="004D0C65" w:rsidRDefault="004D0C65" w:rsidP="004D0C65">
      <w:pPr>
        <w:pStyle w:val="ae"/>
        <w:numPr>
          <w:ilvl w:val="0"/>
          <w:numId w:val="27"/>
        </w:numPr>
        <w:spacing w:line="360" w:lineRule="auto"/>
        <w:jc w:val="both"/>
      </w:pPr>
      <w:r w:rsidRPr="004D0C65">
        <w:t xml:space="preserve">Please at least one person from each team </w:t>
      </w:r>
      <w:proofErr w:type="gramStart"/>
      <w:r w:rsidRPr="004D0C65">
        <w:t>bring</w:t>
      </w:r>
      <w:proofErr w:type="gramEnd"/>
      <w:r w:rsidRPr="004D0C65">
        <w:t xml:space="preserve"> digital devices like laptop, phone, camera, iPad. We will use them during the workshops</w:t>
      </w:r>
    </w:p>
    <w:p w14:paraId="77584E95" w14:textId="70286085" w:rsidR="004D0C65" w:rsidRPr="004D0C65" w:rsidRDefault="004D0C65" w:rsidP="004D0C65">
      <w:pPr>
        <w:pStyle w:val="ae"/>
        <w:numPr>
          <w:ilvl w:val="0"/>
          <w:numId w:val="27"/>
        </w:numPr>
        <w:spacing w:line="360" w:lineRule="auto"/>
        <w:jc w:val="both"/>
      </w:pPr>
      <w:r w:rsidRPr="004D0C65">
        <w:t>Participants needs to be responsible of attending all the activities and being respectful and positive.</w:t>
      </w:r>
    </w:p>
    <w:p w14:paraId="7867BA57" w14:textId="580BB604" w:rsidR="004D0C65" w:rsidRDefault="004D0C65" w:rsidP="006A6459">
      <w:pPr>
        <w:pStyle w:val="ae"/>
        <w:numPr>
          <w:ilvl w:val="0"/>
          <w:numId w:val="27"/>
        </w:numPr>
        <w:spacing w:line="360" w:lineRule="auto"/>
        <w:jc w:val="both"/>
        <w:rPr>
          <w:i/>
          <w:iCs/>
          <w:color w:val="943634" w:themeColor="accent2" w:themeShade="BF"/>
        </w:rPr>
      </w:pPr>
      <w:r w:rsidRPr="004D0C65">
        <w:rPr>
          <w:i/>
          <w:iCs/>
          <w:color w:val="943634" w:themeColor="accent2" w:themeShade="BF"/>
        </w:rPr>
        <w:t>The participants will have the following tasks: 1. To complete the Participant’s mobility report sent by EU. 2. Implement at least one activity for publicity sharing the result of the project (blog interview, article, FB post, etc.), and make at least one follow up activity using the experience from the training (individually or together with another person from the same country). 3. Everything else that they could do or organize as a dissemination of the project will be warmly welcomed and appreciated from us.</w:t>
      </w:r>
    </w:p>
    <w:p w14:paraId="63E19315" w14:textId="77777777" w:rsidR="00775D19" w:rsidRDefault="00775D19" w:rsidP="00775D19">
      <w:pPr>
        <w:spacing w:line="360" w:lineRule="auto"/>
        <w:jc w:val="both"/>
        <w:rPr>
          <w:i/>
          <w:iCs/>
          <w:color w:val="943634" w:themeColor="accent2" w:themeShade="BF"/>
        </w:rPr>
      </w:pPr>
    </w:p>
    <w:p w14:paraId="734EF10C" w14:textId="2BAA3681" w:rsidR="00775D19" w:rsidRDefault="00775D19" w:rsidP="00775D19">
      <w:pPr>
        <w:spacing w:line="360" w:lineRule="auto"/>
        <w:jc w:val="center"/>
        <w:rPr>
          <w:b/>
          <w:bCs/>
        </w:rPr>
      </w:pPr>
      <w:r w:rsidRPr="00E530DD">
        <w:rPr>
          <w:b/>
          <w:bCs/>
          <w:highlight w:val="cyan"/>
        </w:rPr>
        <w:t>TRANSPORTATION TO THE VENUE</w:t>
      </w:r>
    </w:p>
    <w:p w14:paraId="32768D34" w14:textId="6B380213" w:rsidR="00E530DD" w:rsidRPr="00E530DD" w:rsidRDefault="00E530DD" w:rsidP="00E530DD">
      <w:pPr>
        <w:spacing w:line="360" w:lineRule="auto"/>
        <w:jc w:val="both"/>
      </w:pPr>
      <w:r w:rsidRPr="00E530DD">
        <w:t xml:space="preserve">Hotel address: </w:t>
      </w:r>
      <w:proofErr w:type="spellStart"/>
      <w:r w:rsidRPr="00E530DD">
        <w:t>Birkenzanter</w:t>
      </w:r>
      <w:proofErr w:type="spellEnd"/>
      <w:r w:rsidRPr="00E530DD">
        <w:t xml:space="preserve"> Str. 7, 93128 </w:t>
      </w:r>
      <w:proofErr w:type="spellStart"/>
      <w:r w:rsidRPr="00E530DD">
        <w:t>Regenstauf</w:t>
      </w:r>
      <w:proofErr w:type="spellEnd"/>
      <w:r w:rsidRPr="00E530DD">
        <w:t>, Germany</w:t>
      </w:r>
    </w:p>
    <w:p w14:paraId="0913E05B" w14:textId="02906FFA" w:rsidR="00E530DD" w:rsidRPr="00E530DD" w:rsidRDefault="00E530DD" w:rsidP="00E530DD">
      <w:pPr>
        <w:pStyle w:val="ae"/>
        <w:numPr>
          <w:ilvl w:val="0"/>
          <w:numId w:val="28"/>
        </w:numPr>
        <w:spacing w:line="360" w:lineRule="auto"/>
        <w:jc w:val="both"/>
      </w:pPr>
      <w:r w:rsidRPr="00E530DD">
        <w:t>Everyone will come to the closest train station (REGENSTAUF TRAIN STATION) from airports. From this station</w:t>
      </w:r>
      <w:r>
        <w:t xml:space="preserve"> there are buses or if there is no bus at that time,</w:t>
      </w:r>
      <w:r w:rsidRPr="00E530DD">
        <w:t xml:space="preserve"> </w:t>
      </w:r>
      <w:r>
        <w:t>organization</w:t>
      </w:r>
      <w:r w:rsidRPr="00E530DD">
        <w:t xml:space="preserve"> members will pick you guys up </w:t>
      </w:r>
      <w:r>
        <w:t>in</w:t>
      </w:r>
      <w:r w:rsidRPr="00E530DD">
        <w:t xml:space="preserve"> a car in small groups. </w:t>
      </w:r>
    </w:p>
    <w:p w14:paraId="4A462DDF" w14:textId="56AD5E48" w:rsidR="00E530DD" w:rsidRPr="00E530DD" w:rsidRDefault="00E530DD" w:rsidP="00E530DD">
      <w:pPr>
        <w:pStyle w:val="ae"/>
        <w:numPr>
          <w:ilvl w:val="0"/>
          <w:numId w:val="28"/>
        </w:numPr>
        <w:spacing w:line="360" w:lineRule="auto"/>
        <w:jc w:val="both"/>
      </w:pPr>
      <w:r w:rsidRPr="00E530DD">
        <w:t xml:space="preserve">Pick-up shots </w:t>
      </w:r>
      <w:r>
        <w:t>can only</w:t>
      </w:r>
      <w:r w:rsidRPr="00E530DD">
        <w:t xml:space="preserve"> start around 4.30 pm on the </w:t>
      </w:r>
      <w:r>
        <w:t>11</w:t>
      </w:r>
      <w:r w:rsidRPr="00E530DD">
        <w:rPr>
          <w:vertAlign w:val="superscript"/>
        </w:rPr>
        <w:t>th</w:t>
      </w:r>
      <w:r>
        <w:t xml:space="preserve"> of May</w:t>
      </w:r>
      <w:r w:rsidRPr="00E530DD">
        <w:t xml:space="preserve"> 202</w:t>
      </w:r>
      <w:r>
        <w:t>5</w:t>
      </w:r>
      <w:r w:rsidRPr="00E530DD">
        <w:t xml:space="preserve">. </w:t>
      </w:r>
    </w:p>
    <w:p w14:paraId="015A9F5A" w14:textId="0C906BFA" w:rsidR="00E530DD" w:rsidRPr="00E530DD" w:rsidRDefault="00E530DD" w:rsidP="00E530DD">
      <w:pPr>
        <w:spacing w:line="360" w:lineRule="auto"/>
        <w:jc w:val="both"/>
      </w:pPr>
      <w:r w:rsidRPr="00E530DD">
        <w:rPr>
          <w:highlight w:val="yellow"/>
        </w:rPr>
        <w:t>TICKETS</w:t>
      </w:r>
    </w:p>
    <w:p w14:paraId="4633CF98" w14:textId="7480CC12" w:rsidR="00E530DD" w:rsidRPr="00E530DD" w:rsidRDefault="00E530DD" w:rsidP="00E530DD">
      <w:pPr>
        <w:spacing w:line="360" w:lineRule="auto"/>
        <w:jc w:val="both"/>
      </w:pPr>
      <w:r w:rsidRPr="00E530DD">
        <w:rPr>
          <w:b/>
          <w:bCs/>
        </w:rPr>
        <w:lastRenderedPageBreak/>
        <w:t>1st option:</w:t>
      </w:r>
      <w:r w:rsidRPr="00E530DD">
        <w:t xml:space="preserve"> 1st option is to book your tickets at the airports (from the ticket machines) according to your routes for going and coming back. It will cost around 30 € one way as we checked on the internet. (From Nuremberg and Munich Airports)</w:t>
      </w:r>
    </w:p>
    <w:p w14:paraId="3CE8F06A" w14:textId="569B7929" w:rsidR="00E530DD" w:rsidRPr="00E530DD" w:rsidRDefault="00E530DD" w:rsidP="00E530DD">
      <w:pPr>
        <w:spacing w:line="360" w:lineRule="auto"/>
        <w:jc w:val="both"/>
      </w:pPr>
      <w:r w:rsidRPr="00E530DD">
        <w:rPr>
          <w:b/>
          <w:bCs/>
        </w:rPr>
        <w:t>2nd option:</w:t>
      </w:r>
      <w:r w:rsidRPr="00E530DD">
        <w:t xml:space="preserve"> there is a monthly ticket in DB application (Unlimited travel for just </w:t>
      </w:r>
      <w:r>
        <w:t>58€</w:t>
      </w:r>
      <w:r w:rsidRPr="00E530DD">
        <w:t xml:space="preserve"> per month)</w:t>
      </w:r>
    </w:p>
    <w:p w14:paraId="4F5BF33D" w14:textId="77777777" w:rsidR="00E530DD" w:rsidRPr="00E530DD" w:rsidRDefault="00E530DD" w:rsidP="00E530DD">
      <w:pPr>
        <w:spacing w:line="360" w:lineRule="auto"/>
        <w:jc w:val="both"/>
      </w:pPr>
      <w:r w:rsidRPr="00E530DD">
        <w:t>It is Valid throughout Germany on all local public transport (not valid in ICE, IC/EC high speed trains)</w:t>
      </w:r>
    </w:p>
    <w:p w14:paraId="3733E1B2" w14:textId="272D330E" w:rsidR="00E530DD" w:rsidRPr="00E530DD" w:rsidRDefault="007564CA" w:rsidP="00E530DD">
      <w:pPr>
        <w:spacing w:line="360" w:lineRule="auto"/>
        <w:jc w:val="both"/>
      </w:pPr>
      <w:hyperlink r:id="rId19" w:history="1">
        <w:r w:rsidR="00E530DD" w:rsidRPr="00586FB8">
          <w:rPr>
            <w:rStyle w:val="aff8"/>
          </w:rPr>
          <w:t>https://www.bahn.com/en/offers/regional/deutschlandticket</w:t>
        </w:r>
      </w:hyperlink>
      <w:r w:rsidR="00E530DD">
        <w:t xml:space="preserve"> </w:t>
      </w:r>
    </w:p>
    <w:p w14:paraId="5C6633FE" w14:textId="7C77BBF0" w:rsidR="00E530DD" w:rsidRPr="00E530DD" w:rsidRDefault="00E530DD" w:rsidP="00E530DD">
      <w:pPr>
        <w:spacing w:line="360" w:lineRule="auto"/>
        <w:jc w:val="both"/>
        <w:rPr>
          <w:color w:val="943634" w:themeColor="accent2" w:themeShade="BF"/>
        </w:rPr>
      </w:pPr>
      <w:r w:rsidRPr="00E530DD">
        <w:rPr>
          <w:color w:val="943634" w:themeColor="accent2" w:themeShade="BF"/>
        </w:rPr>
        <w:t xml:space="preserve">YOU CAN BOOK THIS TICKET AND YOU CAN TRAVEL FREE DURING THE PROJECT. But please note that the </w:t>
      </w:r>
      <w:r>
        <w:rPr>
          <w:color w:val="943634" w:themeColor="accent2" w:themeShade="BF"/>
        </w:rPr>
        <w:t>Deutschland Ticket</w:t>
      </w:r>
      <w:r w:rsidRPr="00E530DD">
        <w:rPr>
          <w:color w:val="943634" w:themeColor="accent2" w:themeShade="BF"/>
        </w:rPr>
        <w:t xml:space="preserve"> is only available by subscription. So, you need to cancel your subscription until 10th of </w:t>
      </w:r>
      <w:r>
        <w:rPr>
          <w:color w:val="943634" w:themeColor="accent2" w:themeShade="BF"/>
        </w:rPr>
        <w:t>May</w:t>
      </w:r>
      <w:r w:rsidRPr="00E530DD">
        <w:rPr>
          <w:color w:val="943634" w:themeColor="accent2" w:themeShade="BF"/>
        </w:rPr>
        <w:t xml:space="preserve"> (YES IT WILL BE STILL VALID TILL END OF THE MONTH)</w:t>
      </w:r>
    </w:p>
    <w:p w14:paraId="57E5784E" w14:textId="4F7B7758" w:rsidR="00E530DD" w:rsidRPr="00E530DD" w:rsidRDefault="00E530DD" w:rsidP="00E530DD">
      <w:pPr>
        <w:spacing w:line="360" w:lineRule="auto"/>
        <w:jc w:val="both"/>
        <w:rPr>
          <w:color w:val="943634" w:themeColor="accent2" w:themeShade="BF"/>
        </w:rPr>
      </w:pPr>
      <w:r w:rsidRPr="00E530DD">
        <w:rPr>
          <w:color w:val="943634" w:themeColor="accent2" w:themeShade="BF"/>
        </w:rPr>
        <w:t>*</w:t>
      </w:r>
      <w:r w:rsidRPr="00EA5D60">
        <w:rPr>
          <w:color w:val="FF0000"/>
        </w:rPr>
        <w:t>B</w:t>
      </w:r>
      <w:r w:rsidR="00EA5D60" w:rsidRPr="00EA5D60">
        <w:rPr>
          <w:color w:val="FF0000"/>
        </w:rPr>
        <w:t>E</w:t>
      </w:r>
      <w:r w:rsidRPr="00EA5D60">
        <w:rPr>
          <w:color w:val="FF0000"/>
        </w:rPr>
        <w:t xml:space="preserve"> SURE THAT YOU SUBSCRIBED YOUR TICKET </w:t>
      </w:r>
      <w:r w:rsidRPr="00EA5D60">
        <w:rPr>
          <w:b/>
          <w:bCs/>
          <w:color w:val="FF0000"/>
          <w:highlight w:val="yellow"/>
        </w:rPr>
        <w:t>ONLY FOR MAY 2025</w:t>
      </w:r>
      <w:r w:rsidRPr="00EA5D60">
        <w:rPr>
          <w:color w:val="FF0000"/>
        </w:rPr>
        <w:t>. Otherwise</w:t>
      </w:r>
      <w:r w:rsidR="00EA5D60" w:rsidRPr="00EA5D60">
        <w:rPr>
          <w:color w:val="FF0000"/>
        </w:rPr>
        <w:t>,</w:t>
      </w:r>
      <w:r w:rsidRPr="00EA5D60">
        <w:rPr>
          <w:color w:val="FF0000"/>
        </w:rPr>
        <w:t xml:space="preserve"> it will charge you in June as well! </w:t>
      </w:r>
    </w:p>
    <w:p w14:paraId="19452ACB" w14:textId="77777777" w:rsidR="00E530DD" w:rsidRPr="00E530DD" w:rsidRDefault="00E530DD" w:rsidP="00E530DD">
      <w:pPr>
        <w:spacing w:line="360" w:lineRule="auto"/>
        <w:jc w:val="both"/>
        <w:rPr>
          <w:color w:val="943634" w:themeColor="accent2" w:themeShade="BF"/>
        </w:rPr>
      </w:pPr>
    </w:p>
    <w:p w14:paraId="218C2CA2" w14:textId="3D2D53C3" w:rsidR="00E530DD" w:rsidRPr="00E530DD" w:rsidRDefault="00E530DD" w:rsidP="00E530DD">
      <w:pPr>
        <w:spacing w:line="360" w:lineRule="auto"/>
        <w:jc w:val="both"/>
        <w:rPr>
          <w:color w:val="943634" w:themeColor="accent2" w:themeShade="BF"/>
        </w:rPr>
      </w:pPr>
      <w:r w:rsidRPr="00E530DD">
        <w:rPr>
          <w:color w:val="943634" w:themeColor="accent2" w:themeShade="BF"/>
        </w:rPr>
        <w:t xml:space="preserve">You can only buy this ticket on website or on the application, so you can not buy on the spot/train stations. </w:t>
      </w:r>
    </w:p>
    <w:p w14:paraId="20E60FDF" w14:textId="0EF33F3B" w:rsidR="00E530DD" w:rsidRPr="00E530DD" w:rsidRDefault="00E530DD" w:rsidP="00E530DD">
      <w:pPr>
        <w:spacing w:line="360" w:lineRule="auto"/>
        <w:jc w:val="both"/>
      </w:pPr>
      <w:r w:rsidRPr="00E530DD">
        <w:t xml:space="preserve">2 </w:t>
      </w:r>
      <w:proofErr w:type="gramStart"/>
      <w:r w:rsidRPr="00E530DD">
        <w:t>website</w:t>
      </w:r>
      <w:proofErr w:type="gramEnd"/>
      <w:r w:rsidRPr="00E530DD">
        <w:t xml:space="preserve"> to book this monthly ticket: </w:t>
      </w:r>
    </w:p>
    <w:p w14:paraId="370B4067" w14:textId="24CD6751" w:rsidR="00E530DD" w:rsidRPr="00E530DD" w:rsidRDefault="00E530DD" w:rsidP="00E530DD">
      <w:pPr>
        <w:spacing w:line="360" w:lineRule="auto"/>
        <w:jc w:val="both"/>
      </w:pPr>
      <w:r w:rsidRPr="00E530DD">
        <w:t xml:space="preserve">* DB navigator app and DB websites https://int.bahn.de/en/offers/regional/deutschland-ticket </w:t>
      </w:r>
    </w:p>
    <w:p w14:paraId="6DBB7579" w14:textId="693E8658" w:rsidR="00E530DD" w:rsidRPr="00E530DD" w:rsidRDefault="00E530DD" w:rsidP="00E530DD">
      <w:pPr>
        <w:spacing w:line="360" w:lineRule="auto"/>
        <w:jc w:val="both"/>
      </w:pPr>
      <w:r w:rsidRPr="00E530DD">
        <w:t xml:space="preserve">* VVS MOBİL APP: </w:t>
      </w:r>
      <w:hyperlink r:id="rId20" w:history="1">
        <w:r w:rsidR="00A0735B" w:rsidRPr="00F4459F">
          <w:rPr>
            <w:rStyle w:val="aff8"/>
          </w:rPr>
          <w:t>https://apps.apple.com/it/app/vvs-mobil/id408372353?l=en-GB</w:t>
        </w:r>
      </w:hyperlink>
      <w:r w:rsidR="00A0735B" w:rsidRPr="00A0735B">
        <w:t xml:space="preserve"> </w:t>
      </w:r>
      <w:r w:rsidRPr="00E530DD">
        <w:t xml:space="preserve"> </w:t>
      </w:r>
    </w:p>
    <w:p w14:paraId="245E784A" w14:textId="305FE1A5" w:rsidR="00775D19" w:rsidRPr="00E530DD" w:rsidRDefault="00E530DD" w:rsidP="00E530DD">
      <w:pPr>
        <w:spacing w:line="360" w:lineRule="auto"/>
        <w:jc w:val="both"/>
        <w:rPr>
          <w:i/>
          <w:iCs/>
          <w:color w:val="D99594" w:themeColor="accent2" w:themeTint="99"/>
        </w:rPr>
      </w:pPr>
      <w:r w:rsidRPr="00E530DD">
        <w:rPr>
          <w:i/>
          <w:iCs/>
          <w:color w:val="D99594" w:themeColor="accent2" w:themeTint="99"/>
        </w:rPr>
        <w:t>*In both app</w:t>
      </w:r>
      <w:r>
        <w:rPr>
          <w:i/>
          <w:iCs/>
          <w:color w:val="D99594" w:themeColor="accent2" w:themeTint="99"/>
        </w:rPr>
        <w:t xml:space="preserve">s </w:t>
      </w:r>
      <w:r w:rsidRPr="00E530DD">
        <w:rPr>
          <w:i/>
          <w:iCs/>
          <w:color w:val="D99594" w:themeColor="accent2" w:themeTint="99"/>
        </w:rPr>
        <w:t xml:space="preserve">you will get a ticket with </w:t>
      </w:r>
      <w:r>
        <w:rPr>
          <w:i/>
          <w:iCs/>
          <w:color w:val="D99594" w:themeColor="accent2" w:themeTint="99"/>
        </w:rPr>
        <w:t>QR</w:t>
      </w:r>
      <w:r w:rsidRPr="00E530DD">
        <w:rPr>
          <w:i/>
          <w:iCs/>
          <w:color w:val="D99594" w:themeColor="accent2" w:themeTint="99"/>
        </w:rPr>
        <w:t xml:space="preserve"> code, and you will use this </w:t>
      </w:r>
      <w:r>
        <w:rPr>
          <w:i/>
          <w:iCs/>
          <w:color w:val="D99594" w:themeColor="accent2" w:themeTint="99"/>
        </w:rPr>
        <w:t>QR</w:t>
      </w:r>
      <w:r w:rsidRPr="00E530DD">
        <w:rPr>
          <w:i/>
          <w:iCs/>
          <w:color w:val="D99594" w:themeColor="accent2" w:themeTint="99"/>
        </w:rPr>
        <w:t xml:space="preserve"> code every time.</w:t>
      </w:r>
    </w:p>
    <w:p w14:paraId="60D2E9D1" w14:textId="60CCA346" w:rsidR="004D0C65" w:rsidRPr="00FE318E" w:rsidRDefault="00FE318E" w:rsidP="00E530DD">
      <w:pPr>
        <w:spacing w:line="360" w:lineRule="auto"/>
        <w:jc w:val="both"/>
        <w:rPr>
          <w:i/>
          <w:iCs/>
        </w:rPr>
      </w:pPr>
      <w:r>
        <w:rPr>
          <w:highlight w:val="yellow"/>
        </w:rPr>
        <w:t xml:space="preserve">EXAMPLE </w:t>
      </w:r>
      <w:r w:rsidR="00627CD5" w:rsidRPr="00627CD5">
        <w:rPr>
          <w:highlight w:val="yellow"/>
        </w:rPr>
        <w:t>ROUTE:</w:t>
      </w:r>
      <w:r>
        <w:t xml:space="preserve"> </w:t>
      </w:r>
      <w:r w:rsidRPr="00FE318E">
        <w:rPr>
          <w:i/>
          <w:iCs/>
        </w:rPr>
        <w:t xml:space="preserve">you can check routes from DB navigator app or on </w:t>
      </w:r>
      <w:proofErr w:type="spellStart"/>
      <w:r w:rsidRPr="00FE318E">
        <w:rPr>
          <w:i/>
          <w:iCs/>
        </w:rPr>
        <w:t>Rom2rio</w:t>
      </w:r>
      <w:proofErr w:type="spellEnd"/>
      <w:r w:rsidRPr="00FE318E">
        <w:rPr>
          <w:i/>
          <w:iCs/>
        </w:rPr>
        <w:t xml:space="preserve"> website</w:t>
      </w:r>
      <w:r>
        <w:rPr>
          <w:i/>
          <w:iCs/>
        </w:rPr>
        <w:t>. Platforms and train number may change everyday</w:t>
      </w:r>
    </w:p>
    <w:p w14:paraId="1E4F1D2F" w14:textId="40F007F0" w:rsidR="004D0C65" w:rsidRDefault="00627CD5" w:rsidP="00627CD5">
      <w:pPr>
        <w:pStyle w:val="ae"/>
        <w:numPr>
          <w:ilvl w:val="0"/>
          <w:numId w:val="29"/>
        </w:numPr>
        <w:spacing w:line="360" w:lineRule="auto"/>
        <w:jc w:val="both"/>
      </w:pPr>
      <w:r>
        <w:t xml:space="preserve">From Munich Airport: </w:t>
      </w:r>
    </w:p>
    <w:p w14:paraId="106B6881" w14:textId="77777777" w:rsidR="00FE318E" w:rsidRDefault="00FE318E" w:rsidP="00627CD5">
      <w:pPr>
        <w:pStyle w:val="ae"/>
        <w:spacing w:line="360" w:lineRule="auto"/>
        <w:jc w:val="both"/>
        <w:rPr>
          <w:noProof/>
        </w:rPr>
      </w:pPr>
    </w:p>
    <w:p w14:paraId="22C9E8BD" w14:textId="3151C1E0" w:rsidR="00627CD5" w:rsidRDefault="00FE318E" w:rsidP="00627CD5">
      <w:pPr>
        <w:pStyle w:val="ae"/>
        <w:spacing w:line="360" w:lineRule="auto"/>
        <w:jc w:val="both"/>
      </w:pPr>
      <w:r>
        <w:rPr>
          <w:noProof/>
        </w:rPr>
        <w:lastRenderedPageBreak/>
        <w:drawing>
          <wp:inline distT="0" distB="0" distL="0" distR="0" wp14:anchorId="206D0588" wp14:editId="68BD1B20">
            <wp:extent cx="2315845" cy="2606040"/>
            <wp:effectExtent l="0" t="0" r="8255" b="3810"/>
            <wp:docPr id="212126519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b="48015"/>
                    <a:stretch/>
                  </pic:blipFill>
                  <pic:spPr bwMode="auto">
                    <a:xfrm>
                      <a:off x="0" y="0"/>
                      <a:ext cx="2317264" cy="26076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56EA4D84" wp14:editId="4E65C560">
            <wp:extent cx="1960743" cy="4244340"/>
            <wp:effectExtent l="0" t="0" r="1905" b="3810"/>
            <wp:docPr id="28687625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9533" cy="4263368"/>
                    </a:xfrm>
                    <a:prstGeom prst="rect">
                      <a:avLst/>
                    </a:prstGeom>
                    <a:noFill/>
                    <a:ln>
                      <a:noFill/>
                    </a:ln>
                  </pic:spPr>
                </pic:pic>
              </a:graphicData>
            </a:graphic>
          </wp:inline>
        </w:drawing>
      </w:r>
    </w:p>
    <w:p w14:paraId="1C959232" w14:textId="3767EF69" w:rsidR="00FE318E" w:rsidRDefault="00FE318E" w:rsidP="00627CD5">
      <w:pPr>
        <w:pStyle w:val="ae"/>
        <w:spacing w:line="360" w:lineRule="auto"/>
        <w:jc w:val="both"/>
      </w:pPr>
      <w:r>
        <w:rPr>
          <w:noProof/>
        </w:rPr>
        <w:drawing>
          <wp:inline distT="0" distB="0" distL="0" distR="0" wp14:anchorId="54CECBF7" wp14:editId="29DF9695">
            <wp:extent cx="1722120" cy="3727802"/>
            <wp:effectExtent l="0" t="0" r="0" b="6350"/>
            <wp:docPr id="11894489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7123" cy="3760279"/>
                    </a:xfrm>
                    <a:prstGeom prst="rect">
                      <a:avLst/>
                    </a:prstGeom>
                    <a:noFill/>
                    <a:ln>
                      <a:noFill/>
                    </a:ln>
                  </pic:spPr>
                </pic:pic>
              </a:graphicData>
            </a:graphic>
          </wp:inline>
        </w:drawing>
      </w:r>
      <w:r>
        <w:t xml:space="preserve">  </w:t>
      </w:r>
      <w:r>
        <w:rPr>
          <w:noProof/>
        </w:rPr>
        <w:drawing>
          <wp:inline distT="0" distB="0" distL="0" distR="0" wp14:anchorId="1C562F47" wp14:editId="0FB1D70A">
            <wp:extent cx="1720850" cy="3725053"/>
            <wp:effectExtent l="0" t="0" r="0" b="8890"/>
            <wp:docPr id="71670419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3948" cy="3753406"/>
                    </a:xfrm>
                    <a:prstGeom prst="rect">
                      <a:avLst/>
                    </a:prstGeom>
                    <a:noFill/>
                    <a:ln>
                      <a:noFill/>
                    </a:ln>
                  </pic:spPr>
                </pic:pic>
              </a:graphicData>
            </a:graphic>
          </wp:inline>
        </w:drawing>
      </w:r>
    </w:p>
    <w:p w14:paraId="701DE2F6" w14:textId="77777777" w:rsidR="00FE318E" w:rsidRDefault="00FE318E" w:rsidP="00EA5D60">
      <w:pPr>
        <w:pStyle w:val="ae"/>
        <w:spacing w:line="360" w:lineRule="auto"/>
        <w:jc w:val="right"/>
      </w:pPr>
    </w:p>
    <w:p w14:paraId="3087285C" w14:textId="461C2FE4" w:rsidR="00FE318E" w:rsidRPr="00FE318E" w:rsidRDefault="00FE318E" w:rsidP="00FE318E">
      <w:pPr>
        <w:pStyle w:val="ae"/>
        <w:numPr>
          <w:ilvl w:val="0"/>
          <w:numId w:val="29"/>
        </w:numPr>
        <w:spacing w:line="360" w:lineRule="auto"/>
      </w:pPr>
      <w:r w:rsidRPr="00FE318E">
        <w:t xml:space="preserve">From Nuremberg Airport </w:t>
      </w:r>
    </w:p>
    <w:p w14:paraId="288C75E2" w14:textId="79A18DF0" w:rsidR="00775D19" w:rsidRDefault="00FE318E" w:rsidP="004D0C65">
      <w:pPr>
        <w:spacing w:line="360" w:lineRule="auto"/>
        <w:rPr>
          <w:b/>
          <w:bCs/>
          <w:highlight w:val="cyan"/>
        </w:rPr>
      </w:pPr>
      <w:r>
        <w:rPr>
          <w:b/>
          <w:bCs/>
          <w:highlight w:val="cyan"/>
        </w:rPr>
        <w:t xml:space="preserve">  </w:t>
      </w:r>
      <w:r>
        <w:rPr>
          <w:b/>
          <w:bCs/>
          <w:noProof/>
          <w:highlight w:val="cyan"/>
        </w:rPr>
        <w:drawing>
          <wp:inline distT="0" distB="0" distL="0" distR="0" wp14:anchorId="0D27E672" wp14:editId="7870B8C1">
            <wp:extent cx="1664595" cy="3603282"/>
            <wp:effectExtent l="0" t="0" r="0" b="0"/>
            <wp:docPr id="130384020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0917" cy="3638613"/>
                    </a:xfrm>
                    <a:prstGeom prst="rect">
                      <a:avLst/>
                    </a:prstGeom>
                    <a:noFill/>
                    <a:ln>
                      <a:noFill/>
                    </a:ln>
                  </pic:spPr>
                </pic:pic>
              </a:graphicData>
            </a:graphic>
          </wp:inline>
        </w:drawing>
      </w:r>
      <w:r>
        <w:rPr>
          <w:b/>
          <w:bCs/>
          <w:highlight w:val="cyan"/>
        </w:rPr>
        <w:t xml:space="preserve">    </w:t>
      </w:r>
      <w:r>
        <w:rPr>
          <w:b/>
          <w:bCs/>
          <w:noProof/>
          <w:highlight w:val="cyan"/>
        </w:rPr>
        <w:drawing>
          <wp:inline distT="0" distB="0" distL="0" distR="0" wp14:anchorId="7F791733" wp14:editId="0F8B2FE3">
            <wp:extent cx="1653540" cy="3579349"/>
            <wp:effectExtent l="0" t="0" r="3810" b="2540"/>
            <wp:docPr id="46896356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337" cy="3607050"/>
                    </a:xfrm>
                    <a:prstGeom prst="rect">
                      <a:avLst/>
                    </a:prstGeom>
                    <a:noFill/>
                    <a:ln>
                      <a:noFill/>
                    </a:ln>
                  </pic:spPr>
                </pic:pic>
              </a:graphicData>
            </a:graphic>
          </wp:inline>
        </w:drawing>
      </w:r>
      <w:r>
        <w:rPr>
          <w:b/>
          <w:bCs/>
          <w:highlight w:val="cyan"/>
        </w:rPr>
        <w:t xml:space="preserve">    </w:t>
      </w:r>
      <w:r>
        <w:rPr>
          <w:b/>
          <w:bCs/>
          <w:noProof/>
          <w:highlight w:val="cyan"/>
        </w:rPr>
        <w:drawing>
          <wp:inline distT="0" distB="0" distL="0" distR="0" wp14:anchorId="22BD9884" wp14:editId="4AD1F713">
            <wp:extent cx="1648034" cy="3567430"/>
            <wp:effectExtent l="0" t="0" r="9525" b="0"/>
            <wp:docPr id="1081805181"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4644" cy="3603385"/>
                    </a:xfrm>
                    <a:prstGeom prst="rect">
                      <a:avLst/>
                    </a:prstGeom>
                    <a:noFill/>
                    <a:ln>
                      <a:noFill/>
                    </a:ln>
                  </pic:spPr>
                </pic:pic>
              </a:graphicData>
            </a:graphic>
          </wp:inline>
        </w:drawing>
      </w:r>
    </w:p>
    <w:p w14:paraId="17580E6D" w14:textId="77777777" w:rsidR="00F00F6C" w:rsidRDefault="00F00F6C" w:rsidP="00C21F96">
      <w:pPr>
        <w:spacing w:line="360" w:lineRule="auto"/>
        <w:jc w:val="center"/>
        <w:rPr>
          <w:sz w:val="36"/>
          <w:szCs w:val="36"/>
          <w:highlight w:val="cyan"/>
        </w:rPr>
      </w:pPr>
    </w:p>
    <w:p w14:paraId="3E10D664" w14:textId="0DCAB942" w:rsidR="00945A84" w:rsidRPr="00C21F96" w:rsidRDefault="00C21F96" w:rsidP="00C21F96">
      <w:pPr>
        <w:spacing w:line="360" w:lineRule="auto"/>
        <w:jc w:val="center"/>
        <w:rPr>
          <w:sz w:val="36"/>
          <w:szCs w:val="36"/>
        </w:rPr>
      </w:pPr>
      <w:r w:rsidRPr="00C21F96">
        <w:rPr>
          <w:sz w:val="36"/>
          <w:szCs w:val="36"/>
          <w:highlight w:val="cyan"/>
        </w:rPr>
        <w:t>CONTACT</w:t>
      </w:r>
    </w:p>
    <w:p w14:paraId="39EE0221" w14:textId="57907309" w:rsidR="00C830A2" w:rsidRDefault="00CC3E07" w:rsidP="00D71AE4">
      <w:pPr>
        <w:spacing w:line="360" w:lineRule="auto"/>
        <w:jc w:val="center"/>
        <w:rPr>
          <w:sz w:val="24"/>
          <w:szCs w:val="24"/>
        </w:rPr>
      </w:pPr>
      <w:r w:rsidRPr="00C21F96">
        <w:rPr>
          <w:b/>
          <w:sz w:val="24"/>
          <w:szCs w:val="24"/>
        </w:rPr>
        <w:t>E-mail:</w:t>
      </w:r>
      <w:r w:rsidR="00D71AE4">
        <w:rPr>
          <w:sz w:val="24"/>
          <w:szCs w:val="24"/>
        </w:rPr>
        <w:t xml:space="preserve">  </w:t>
      </w:r>
      <w:r w:rsidR="00D71AE4" w:rsidRPr="00D71AE4">
        <w:rPr>
          <w:sz w:val="24"/>
          <w:szCs w:val="24"/>
        </w:rPr>
        <w:t>Changemakers</w:t>
      </w:r>
      <w:r w:rsidR="00D71AE4">
        <w:rPr>
          <w:sz w:val="24"/>
          <w:szCs w:val="24"/>
        </w:rPr>
        <w:t xml:space="preserve"> </w:t>
      </w:r>
      <w:r w:rsidR="00D71AE4" w:rsidRPr="00D71AE4">
        <w:rPr>
          <w:sz w:val="24"/>
          <w:szCs w:val="24"/>
        </w:rPr>
        <w:t>Debrecen</w:t>
      </w:r>
      <w:r w:rsidR="00D71AE4">
        <w:rPr>
          <w:sz w:val="24"/>
          <w:szCs w:val="24"/>
        </w:rPr>
        <w:t xml:space="preserve">: </w:t>
      </w:r>
      <w:r w:rsidR="00D71AE4" w:rsidRPr="00D71AE4">
        <w:rPr>
          <w:sz w:val="24"/>
          <w:szCs w:val="24"/>
        </w:rPr>
        <w:tab/>
      </w:r>
      <w:hyperlink r:id="rId28" w:history="1">
        <w:r w:rsidR="00B43135" w:rsidRPr="000A56E8">
          <w:rPr>
            <w:rStyle w:val="aff8"/>
            <w:sz w:val="24"/>
            <w:szCs w:val="24"/>
          </w:rPr>
          <w:t>psiho.community@gmail.com</w:t>
        </w:r>
      </w:hyperlink>
    </w:p>
    <w:p w14:paraId="7331D56B" w14:textId="23E3C162" w:rsidR="00B43135" w:rsidRDefault="00B43135" w:rsidP="00D71AE4">
      <w:pPr>
        <w:spacing w:line="360" w:lineRule="auto"/>
        <w:jc w:val="center"/>
        <w:rPr>
          <w:sz w:val="24"/>
          <w:szCs w:val="24"/>
        </w:rPr>
      </w:pPr>
      <w:r w:rsidRPr="00B43135">
        <w:rPr>
          <w:sz w:val="24"/>
          <w:szCs w:val="24"/>
        </w:rPr>
        <w:t>https://www.facebook.com/changemakerscm</w:t>
      </w:r>
    </w:p>
    <w:p w14:paraId="411F07AD" w14:textId="77777777" w:rsidR="00B43135" w:rsidRPr="00D71AE4" w:rsidRDefault="00B43135" w:rsidP="00D71AE4">
      <w:pPr>
        <w:spacing w:line="360" w:lineRule="auto"/>
        <w:jc w:val="center"/>
        <w:rPr>
          <w:sz w:val="24"/>
          <w:szCs w:val="24"/>
        </w:rPr>
      </w:pPr>
    </w:p>
    <w:p w14:paraId="42D4AD95" w14:textId="7413F26F" w:rsidR="00C830A2" w:rsidRPr="007457D7" w:rsidRDefault="00C830A2" w:rsidP="005A0093">
      <w:pPr>
        <w:spacing w:line="360" w:lineRule="auto"/>
        <w:jc w:val="both"/>
        <w:rPr>
          <w:rFonts w:cs="Tahoma"/>
          <w:sz w:val="20"/>
          <w:szCs w:val="20"/>
        </w:rPr>
      </w:pPr>
    </w:p>
    <w:p w14:paraId="20767F13" w14:textId="77777777" w:rsidR="00C830A2" w:rsidRPr="00A03DF4" w:rsidRDefault="00C830A2" w:rsidP="005A0093">
      <w:pPr>
        <w:spacing w:line="360" w:lineRule="auto"/>
        <w:jc w:val="both"/>
        <w:rPr>
          <w:rFonts w:cs="Tahoma"/>
          <w:sz w:val="20"/>
          <w:szCs w:val="20"/>
        </w:rPr>
      </w:pPr>
    </w:p>
    <w:sectPr w:rsidR="00C830A2" w:rsidRPr="00A03DF4" w:rsidSect="00034616">
      <w:footerReference w:type="defaul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4E1C4" w14:textId="77777777" w:rsidR="007564CA" w:rsidRDefault="007564CA" w:rsidP="006A2921">
      <w:pPr>
        <w:spacing w:after="0" w:line="240" w:lineRule="auto"/>
      </w:pPr>
      <w:r>
        <w:separator/>
      </w:r>
    </w:p>
  </w:endnote>
  <w:endnote w:type="continuationSeparator" w:id="0">
    <w:p w14:paraId="525115DF" w14:textId="77777777" w:rsidR="007564CA" w:rsidRDefault="007564CA" w:rsidP="006A2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9CC28" w14:textId="7850E1D4" w:rsidR="006A2921" w:rsidRDefault="006A2921">
    <w:pPr>
      <w:pStyle w:val="a7"/>
    </w:pPr>
    <w:r>
      <w:tab/>
    </w:r>
    <w:r>
      <w:rPr>
        <w:noProof/>
      </w:rPr>
      <w:drawing>
        <wp:inline distT="0" distB="0" distL="0" distR="0" wp14:anchorId="1C026EEF" wp14:editId="0776EC38">
          <wp:extent cx="1729740" cy="364007"/>
          <wp:effectExtent l="0" t="0" r="3810" b="0"/>
          <wp:docPr id="45607247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915" cy="36888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ADB56" w14:textId="77777777" w:rsidR="007564CA" w:rsidRDefault="007564CA" w:rsidP="006A2921">
      <w:pPr>
        <w:spacing w:after="0" w:line="240" w:lineRule="auto"/>
      </w:pPr>
      <w:r>
        <w:separator/>
      </w:r>
    </w:p>
  </w:footnote>
  <w:footnote w:type="continuationSeparator" w:id="0">
    <w:p w14:paraId="78B07C7B" w14:textId="77777777" w:rsidR="007564CA" w:rsidRDefault="007564CA" w:rsidP="006A29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AE3F8B"/>
    <w:multiLevelType w:val="hybridMultilevel"/>
    <w:tmpl w:val="DA0ED6F6"/>
    <w:lvl w:ilvl="0" w:tplc="56B4D3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DE0977"/>
    <w:multiLevelType w:val="hybridMultilevel"/>
    <w:tmpl w:val="C04A7BDA"/>
    <w:lvl w:ilvl="0" w:tplc="56B4D3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AB7EBC"/>
    <w:multiLevelType w:val="multilevel"/>
    <w:tmpl w:val="B02E8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A11218"/>
    <w:multiLevelType w:val="hybridMultilevel"/>
    <w:tmpl w:val="C28E5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533C1A"/>
    <w:multiLevelType w:val="hybridMultilevel"/>
    <w:tmpl w:val="13CE4E5A"/>
    <w:lvl w:ilvl="0" w:tplc="56B4D3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37A8F"/>
    <w:multiLevelType w:val="hybridMultilevel"/>
    <w:tmpl w:val="80E69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B4118C"/>
    <w:multiLevelType w:val="hybridMultilevel"/>
    <w:tmpl w:val="BA96A28C"/>
    <w:lvl w:ilvl="0" w:tplc="56B4D3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2642EB"/>
    <w:multiLevelType w:val="multilevel"/>
    <w:tmpl w:val="00EC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677DB1"/>
    <w:multiLevelType w:val="multilevel"/>
    <w:tmpl w:val="6F2EC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CC6E87"/>
    <w:multiLevelType w:val="multilevel"/>
    <w:tmpl w:val="1C648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101132"/>
    <w:multiLevelType w:val="multilevel"/>
    <w:tmpl w:val="BA1A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136724"/>
    <w:multiLevelType w:val="multilevel"/>
    <w:tmpl w:val="56DE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420F32"/>
    <w:multiLevelType w:val="hybridMultilevel"/>
    <w:tmpl w:val="6E3C6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427783"/>
    <w:multiLevelType w:val="multilevel"/>
    <w:tmpl w:val="3A9A9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74568A"/>
    <w:multiLevelType w:val="hybridMultilevel"/>
    <w:tmpl w:val="CC40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5D7819"/>
    <w:multiLevelType w:val="hybridMultilevel"/>
    <w:tmpl w:val="D63C56A6"/>
    <w:lvl w:ilvl="0" w:tplc="56B4D3F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DD6F32"/>
    <w:multiLevelType w:val="hybridMultilevel"/>
    <w:tmpl w:val="34029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0C50BF"/>
    <w:multiLevelType w:val="multilevel"/>
    <w:tmpl w:val="EE2C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F77C64"/>
    <w:multiLevelType w:val="hybridMultilevel"/>
    <w:tmpl w:val="9F1C96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7CA75BEC"/>
    <w:multiLevelType w:val="hybridMultilevel"/>
    <w:tmpl w:val="52AC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22"/>
  </w:num>
  <w:num w:numId="11">
    <w:abstractNumId w:val="16"/>
  </w:num>
  <w:num w:numId="12">
    <w:abstractNumId w:val="18"/>
  </w:num>
  <w:num w:numId="13">
    <w:abstractNumId w:val="19"/>
  </w:num>
  <w:num w:numId="14">
    <w:abstractNumId w:val="26"/>
  </w:num>
  <w:num w:numId="15">
    <w:abstractNumId w:val="20"/>
  </w:num>
  <w:num w:numId="16">
    <w:abstractNumId w:val="17"/>
  </w:num>
  <w:num w:numId="17">
    <w:abstractNumId w:val="11"/>
  </w:num>
  <w:num w:numId="18">
    <w:abstractNumId w:val="27"/>
  </w:num>
  <w:num w:numId="19">
    <w:abstractNumId w:val="23"/>
  </w:num>
  <w:num w:numId="20">
    <w:abstractNumId w:val="25"/>
  </w:num>
  <w:num w:numId="21">
    <w:abstractNumId w:val="12"/>
  </w:num>
  <w:num w:numId="22">
    <w:abstractNumId w:val="21"/>
  </w:num>
  <w:num w:numId="23">
    <w:abstractNumId w:val="28"/>
  </w:num>
  <w:num w:numId="24">
    <w:abstractNumId w:val="13"/>
  </w:num>
  <w:num w:numId="25">
    <w:abstractNumId w:val="10"/>
  </w:num>
  <w:num w:numId="26">
    <w:abstractNumId w:val="15"/>
  </w:num>
  <w:num w:numId="27">
    <w:abstractNumId w:val="9"/>
  </w:num>
  <w:num w:numId="28">
    <w:abstractNumId w:val="24"/>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08DA"/>
    <w:rsid w:val="000707F1"/>
    <w:rsid w:val="000E5879"/>
    <w:rsid w:val="000E6761"/>
    <w:rsid w:val="00104CA1"/>
    <w:rsid w:val="00122406"/>
    <w:rsid w:val="0015074B"/>
    <w:rsid w:val="00150DF6"/>
    <w:rsid w:val="001524D5"/>
    <w:rsid w:val="00154AEF"/>
    <w:rsid w:val="00187AB8"/>
    <w:rsid w:val="001C4387"/>
    <w:rsid w:val="001D341C"/>
    <w:rsid w:val="001E1DE5"/>
    <w:rsid w:val="001E3FA7"/>
    <w:rsid w:val="001E4641"/>
    <w:rsid w:val="002041EE"/>
    <w:rsid w:val="00231630"/>
    <w:rsid w:val="002446E0"/>
    <w:rsid w:val="00260343"/>
    <w:rsid w:val="0029639D"/>
    <w:rsid w:val="002965E6"/>
    <w:rsid w:val="00296A2D"/>
    <w:rsid w:val="002C2EBD"/>
    <w:rsid w:val="002C4563"/>
    <w:rsid w:val="002D0D03"/>
    <w:rsid w:val="00316684"/>
    <w:rsid w:val="00323075"/>
    <w:rsid w:val="00326F90"/>
    <w:rsid w:val="00334DFC"/>
    <w:rsid w:val="00344C21"/>
    <w:rsid w:val="00346577"/>
    <w:rsid w:val="00366631"/>
    <w:rsid w:val="00377AA2"/>
    <w:rsid w:val="003B09B7"/>
    <w:rsid w:val="003C187F"/>
    <w:rsid w:val="00401D07"/>
    <w:rsid w:val="00414CB1"/>
    <w:rsid w:val="00420502"/>
    <w:rsid w:val="004229CD"/>
    <w:rsid w:val="00425C0B"/>
    <w:rsid w:val="00467F70"/>
    <w:rsid w:val="004735E6"/>
    <w:rsid w:val="00473B73"/>
    <w:rsid w:val="004848B7"/>
    <w:rsid w:val="00484996"/>
    <w:rsid w:val="00493D6F"/>
    <w:rsid w:val="004A51A0"/>
    <w:rsid w:val="004B161E"/>
    <w:rsid w:val="004D0C65"/>
    <w:rsid w:val="00503367"/>
    <w:rsid w:val="0050777C"/>
    <w:rsid w:val="005215D6"/>
    <w:rsid w:val="005466AE"/>
    <w:rsid w:val="00561B38"/>
    <w:rsid w:val="0058495D"/>
    <w:rsid w:val="005A0093"/>
    <w:rsid w:val="005E5542"/>
    <w:rsid w:val="005F2CDD"/>
    <w:rsid w:val="00614403"/>
    <w:rsid w:val="00621DD8"/>
    <w:rsid w:val="00627CD5"/>
    <w:rsid w:val="0063155C"/>
    <w:rsid w:val="006330B5"/>
    <w:rsid w:val="00691132"/>
    <w:rsid w:val="00695184"/>
    <w:rsid w:val="00696AB7"/>
    <w:rsid w:val="006A1DE4"/>
    <w:rsid w:val="006A2921"/>
    <w:rsid w:val="006A6459"/>
    <w:rsid w:val="006C70EE"/>
    <w:rsid w:val="006D1C21"/>
    <w:rsid w:val="006F5F9A"/>
    <w:rsid w:val="007048B4"/>
    <w:rsid w:val="007227A8"/>
    <w:rsid w:val="007457D7"/>
    <w:rsid w:val="007564CA"/>
    <w:rsid w:val="0076126F"/>
    <w:rsid w:val="00762D74"/>
    <w:rsid w:val="00775D19"/>
    <w:rsid w:val="00784895"/>
    <w:rsid w:val="00796AF9"/>
    <w:rsid w:val="00824EC5"/>
    <w:rsid w:val="0086345F"/>
    <w:rsid w:val="008A719B"/>
    <w:rsid w:val="008B080F"/>
    <w:rsid w:val="008C53A6"/>
    <w:rsid w:val="008E230A"/>
    <w:rsid w:val="00900853"/>
    <w:rsid w:val="009402DD"/>
    <w:rsid w:val="00945A84"/>
    <w:rsid w:val="00993FA0"/>
    <w:rsid w:val="009C0974"/>
    <w:rsid w:val="009F418F"/>
    <w:rsid w:val="00A01D40"/>
    <w:rsid w:val="00A03DF4"/>
    <w:rsid w:val="00A0477A"/>
    <w:rsid w:val="00A0735B"/>
    <w:rsid w:val="00A56C46"/>
    <w:rsid w:val="00A95C17"/>
    <w:rsid w:val="00AA1D8D"/>
    <w:rsid w:val="00AC6C03"/>
    <w:rsid w:val="00AE31AA"/>
    <w:rsid w:val="00AE6DBD"/>
    <w:rsid w:val="00AE7616"/>
    <w:rsid w:val="00B02B55"/>
    <w:rsid w:val="00B32653"/>
    <w:rsid w:val="00B43135"/>
    <w:rsid w:val="00B47730"/>
    <w:rsid w:val="00B5307C"/>
    <w:rsid w:val="00B57AEE"/>
    <w:rsid w:val="00B62F35"/>
    <w:rsid w:val="00B66FC5"/>
    <w:rsid w:val="00B91D51"/>
    <w:rsid w:val="00B96E16"/>
    <w:rsid w:val="00BA6210"/>
    <w:rsid w:val="00BE1D54"/>
    <w:rsid w:val="00C217BB"/>
    <w:rsid w:val="00C21F96"/>
    <w:rsid w:val="00C301A9"/>
    <w:rsid w:val="00C413E5"/>
    <w:rsid w:val="00C562C2"/>
    <w:rsid w:val="00C65C28"/>
    <w:rsid w:val="00C72686"/>
    <w:rsid w:val="00C830A2"/>
    <w:rsid w:val="00CA602B"/>
    <w:rsid w:val="00CB0664"/>
    <w:rsid w:val="00CC3E07"/>
    <w:rsid w:val="00CD50F9"/>
    <w:rsid w:val="00CE600C"/>
    <w:rsid w:val="00CF33E4"/>
    <w:rsid w:val="00D515E5"/>
    <w:rsid w:val="00D541CD"/>
    <w:rsid w:val="00D71AA7"/>
    <w:rsid w:val="00D71AE4"/>
    <w:rsid w:val="00D73EBB"/>
    <w:rsid w:val="00D877ED"/>
    <w:rsid w:val="00DC7E64"/>
    <w:rsid w:val="00DE6421"/>
    <w:rsid w:val="00E23A33"/>
    <w:rsid w:val="00E26264"/>
    <w:rsid w:val="00E35A56"/>
    <w:rsid w:val="00E530DD"/>
    <w:rsid w:val="00E6352F"/>
    <w:rsid w:val="00E93E51"/>
    <w:rsid w:val="00EA59C2"/>
    <w:rsid w:val="00EA5D60"/>
    <w:rsid w:val="00ED7B41"/>
    <w:rsid w:val="00EF665D"/>
    <w:rsid w:val="00EF76BB"/>
    <w:rsid w:val="00F00F6C"/>
    <w:rsid w:val="00F073D2"/>
    <w:rsid w:val="00F3022D"/>
    <w:rsid w:val="00F56558"/>
    <w:rsid w:val="00F90402"/>
    <w:rsid w:val="00FB1CED"/>
    <w:rsid w:val="00FB2073"/>
    <w:rsid w:val="00FC693F"/>
    <w:rsid w:val="00FD0C50"/>
    <w:rsid w:val="00FE31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DA704F"/>
  <w14:defaultImageDpi w14:val="300"/>
  <w15:docId w15:val="{DBECD6C6-F718-4B48-9308-0896AA61A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3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aff8">
    <w:name w:val="Hyperlink"/>
    <w:basedOn w:val="a2"/>
    <w:uiPriority w:val="99"/>
    <w:unhideWhenUsed/>
    <w:rsid w:val="003B09B7"/>
    <w:rPr>
      <w:color w:val="0000FF" w:themeColor="hyperlink"/>
      <w:u w:val="single"/>
    </w:rPr>
  </w:style>
  <w:style w:type="character" w:styleId="aff9">
    <w:name w:val="Unresolved Mention"/>
    <w:basedOn w:val="a2"/>
    <w:uiPriority w:val="99"/>
    <w:semiHidden/>
    <w:unhideWhenUsed/>
    <w:rsid w:val="003B09B7"/>
    <w:rPr>
      <w:color w:val="605E5C"/>
      <w:shd w:val="clear" w:color="auto" w:fill="E1DFDD"/>
    </w:rPr>
  </w:style>
  <w:style w:type="character" w:customStyle="1" w:styleId="c9dxtc">
    <w:name w:val="c9dxtc"/>
    <w:basedOn w:val="a2"/>
    <w:rsid w:val="001524D5"/>
  </w:style>
  <w:style w:type="paragraph" w:customStyle="1" w:styleId="zfr3q">
    <w:name w:val="zfr3q"/>
    <w:basedOn w:val="a1"/>
    <w:rsid w:val="001524D5"/>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9294">
      <w:bodyDiv w:val="1"/>
      <w:marLeft w:val="0"/>
      <w:marRight w:val="0"/>
      <w:marTop w:val="0"/>
      <w:marBottom w:val="0"/>
      <w:divBdr>
        <w:top w:val="none" w:sz="0" w:space="0" w:color="auto"/>
        <w:left w:val="none" w:sz="0" w:space="0" w:color="auto"/>
        <w:bottom w:val="none" w:sz="0" w:space="0" w:color="auto"/>
        <w:right w:val="none" w:sz="0" w:space="0" w:color="auto"/>
      </w:divBdr>
    </w:div>
    <w:div w:id="293871168">
      <w:bodyDiv w:val="1"/>
      <w:marLeft w:val="0"/>
      <w:marRight w:val="0"/>
      <w:marTop w:val="0"/>
      <w:marBottom w:val="0"/>
      <w:divBdr>
        <w:top w:val="none" w:sz="0" w:space="0" w:color="auto"/>
        <w:left w:val="none" w:sz="0" w:space="0" w:color="auto"/>
        <w:bottom w:val="none" w:sz="0" w:space="0" w:color="auto"/>
        <w:right w:val="none" w:sz="0" w:space="0" w:color="auto"/>
      </w:divBdr>
    </w:div>
    <w:div w:id="335890967">
      <w:bodyDiv w:val="1"/>
      <w:marLeft w:val="0"/>
      <w:marRight w:val="0"/>
      <w:marTop w:val="0"/>
      <w:marBottom w:val="0"/>
      <w:divBdr>
        <w:top w:val="none" w:sz="0" w:space="0" w:color="auto"/>
        <w:left w:val="none" w:sz="0" w:space="0" w:color="auto"/>
        <w:bottom w:val="none" w:sz="0" w:space="0" w:color="auto"/>
        <w:right w:val="none" w:sz="0" w:space="0" w:color="auto"/>
      </w:divBdr>
      <w:divsChild>
        <w:div w:id="1468007323">
          <w:marLeft w:val="0"/>
          <w:marRight w:val="0"/>
          <w:marTop w:val="0"/>
          <w:marBottom w:val="0"/>
          <w:divBdr>
            <w:top w:val="none" w:sz="0" w:space="0" w:color="auto"/>
            <w:left w:val="none" w:sz="0" w:space="0" w:color="auto"/>
            <w:bottom w:val="none" w:sz="0" w:space="0" w:color="auto"/>
            <w:right w:val="none" w:sz="0" w:space="0" w:color="auto"/>
          </w:divBdr>
          <w:divsChild>
            <w:div w:id="1495953606">
              <w:marLeft w:val="0"/>
              <w:marRight w:val="0"/>
              <w:marTop w:val="0"/>
              <w:marBottom w:val="0"/>
              <w:divBdr>
                <w:top w:val="none" w:sz="0" w:space="0" w:color="auto"/>
                <w:left w:val="none" w:sz="0" w:space="0" w:color="auto"/>
                <w:bottom w:val="none" w:sz="0" w:space="0" w:color="auto"/>
                <w:right w:val="none" w:sz="0" w:space="0" w:color="auto"/>
              </w:divBdr>
            </w:div>
            <w:div w:id="45104918">
              <w:marLeft w:val="0"/>
              <w:marRight w:val="0"/>
              <w:marTop w:val="0"/>
              <w:marBottom w:val="0"/>
              <w:divBdr>
                <w:top w:val="none" w:sz="0" w:space="0" w:color="auto"/>
                <w:left w:val="none" w:sz="0" w:space="0" w:color="auto"/>
                <w:bottom w:val="none" w:sz="0" w:space="0" w:color="auto"/>
                <w:right w:val="none" w:sz="0" w:space="0" w:color="auto"/>
              </w:divBdr>
            </w:div>
          </w:divsChild>
        </w:div>
        <w:div w:id="1783986812">
          <w:marLeft w:val="0"/>
          <w:marRight w:val="0"/>
          <w:marTop w:val="0"/>
          <w:marBottom w:val="0"/>
          <w:divBdr>
            <w:top w:val="none" w:sz="0" w:space="0" w:color="auto"/>
            <w:left w:val="none" w:sz="0" w:space="0" w:color="auto"/>
            <w:bottom w:val="none" w:sz="0" w:space="0" w:color="auto"/>
            <w:right w:val="none" w:sz="0" w:space="0" w:color="auto"/>
          </w:divBdr>
          <w:divsChild>
            <w:div w:id="1416854881">
              <w:marLeft w:val="0"/>
              <w:marRight w:val="0"/>
              <w:marTop w:val="0"/>
              <w:marBottom w:val="0"/>
              <w:divBdr>
                <w:top w:val="none" w:sz="0" w:space="0" w:color="auto"/>
                <w:left w:val="none" w:sz="0" w:space="0" w:color="auto"/>
                <w:bottom w:val="none" w:sz="0" w:space="0" w:color="auto"/>
                <w:right w:val="none" w:sz="0" w:space="0" w:color="auto"/>
              </w:divBdr>
            </w:div>
            <w:div w:id="786437177">
              <w:marLeft w:val="0"/>
              <w:marRight w:val="0"/>
              <w:marTop w:val="0"/>
              <w:marBottom w:val="0"/>
              <w:divBdr>
                <w:top w:val="none" w:sz="0" w:space="0" w:color="auto"/>
                <w:left w:val="none" w:sz="0" w:space="0" w:color="auto"/>
                <w:bottom w:val="none" w:sz="0" w:space="0" w:color="auto"/>
                <w:right w:val="none" w:sz="0" w:space="0" w:color="auto"/>
              </w:divBdr>
            </w:div>
          </w:divsChild>
        </w:div>
        <w:div w:id="1727295290">
          <w:marLeft w:val="0"/>
          <w:marRight w:val="0"/>
          <w:marTop w:val="0"/>
          <w:marBottom w:val="0"/>
          <w:divBdr>
            <w:top w:val="none" w:sz="0" w:space="0" w:color="auto"/>
            <w:left w:val="none" w:sz="0" w:space="0" w:color="auto"/>
            <w:bottom w:val="none" w:sz="0" w:space="0" w:color="auto"/>
            <w:right w:val="none" w:sz="0" w:space="0" w:color="auto"/>
          </w:divBdr>
          <w:divsChild>
            <w:div w:id="229464503">
              <w:marLeft w:val="0"/>
              <w:marRight w:val="0"/>
              <w:marTop w:val="0"/>
              <w:marBottom w:val="0"/>
              <w:divBdr>
                <w:top w:val="none" w:sz="0" w:space="0" w:color="auto"/>
                <w:left w:val="none" w:sz="0" w:space="0" w:color="auto"/>
                <w:bottom w:val="none" w:sz="0" w:space="0" w:color="auto"/>
                <w:right w:val="none" w:sz="0" w:space="0" w:color="auto"/>
              </w:divBdr>
            </w:div>
          </w:divsChild>
        </w:div>
        <w:div w:id="821039445">
          <w:marLeft w:val="0"/>
          <w:marRight w:val="0"/>
          <w:marTop w:val="0"/>
          <w:marBottom w:val="0"/>
          <w:divBdr>
            <w:top w:val="none" w:sz="0" w:space="0" w:color="auto"/>
            <w:left w:val="none" w:sz="0" w:space="0" w:color="auto"/>
            <w:bottom w:val="none" w:sz="0" w:space="0" w:color="auto"/>
            <w:right w:val="none" w:sz="0" w:space="0" w:color="auto"/>
          </w:divBdr>
          <w:divsChild>
            <w:div w:id="762645990">
              <w:marLeft w:val="0"/>
              <w:marRight w:val="0"/>
              <w:marTop w:val="0"/>
              <w:marBottom w:val="0"/>
              <w:divBdr>
                <w:top w:val="none" w:sz="0" w:space="0" w:color="auto"/>
                <w:left w:val="none" w:sz="0" w:space="0" w:color="auto"/>
                <w:bottom w:val="none" w:sz="0" w:space="0" w:color="auto"/>
                <w:right w:val="none" w:sz="0" w:space="0" w:color="auto"/>
              </w:divBdr>
            </w:div>
          </w:divsChild>
        </w:div>
        <w:div w:id="688802726">
          <w:marLeft w:val="0"/>
          <w:marRight w:val="0"/>
          <w:marTop w:val="0"/>
          <w:marBottom w:val="0"/>
          <w:divBdr>
            <w:top w:val="none" w:sz="0" w:space="0" w:color="auto"/>
            <w:left w:val="none" w:sz="0" w:space="0" w:color="auto"/>
            <w:bottom w:val="none" w:sz="0" w:space="0" w:color="auto"/>
            <w:right w:val="none" w:sz="0" w:space="0" w:color="auto"/>
          </w:divBdr>
          <w:divsChild>
            <w:div w:id="36897480">
              <w:marLeft w:val="0"/>
              <w:marRight w:val="0"/>
              <w:marTop w:val="0"/>
              <w:marBottom w:val="0"/>
              <w:divBdr>
                <w:top w:val="none" w:sz="0" w:space="0" w:color="auto"/>
                <w:left w:val="none" w:sz="0" w:space="0" w:color="auto"/>
                <w:bottom w:val="none" w:sz="0" w:space="0" w:color="auto"/>
                <w:right w:val="none" w:sz="0" w:space="0" w:color="auto"/>
              </w:divBdr>
            </w:div>
          </w:divsChild>
        </w:div>
        <w:div w:id="1728411223">
          <w:marLeft w:val="0"/>
          <w:marRight w:val="0"/>
          <w:marTop w:val="0"/>
          <w:marBottom w:val="0"/>
          <w:divBdr>
            <w:top w:val="none" w:sz="0" w:space="0" w:color="auto"/>
            <w:left w:val="none" w:sz="0" w:space="0" w:color="auto"/>
            <w:bottom w:val="none" w:sz="0" w:space="0" w:color="auto"/>
            <w:right w:val="none" w:sz="0" w:space="0" w:color="auto"/>
          </w:divBdr>
          <w:divsChild>
            <w:div w:id="1345285867">
              <w:marLeft w:val="0"/>
              <w:marRight w:val="0"/>
              <w:marTop w:val="0"/>
              <w:marBottom w:val="0"/>
              <w:divBdr>
                <w:top w:val="none" w:sz="0" w:space="0" w:color="auto"/>
                <w:left w:val="none" w:sz="0" w:space="0" w:color="auto"/>
                <w:bottom w:val="none" w:sz="0" w:space="0" w:color="auto"/>
                <w:right w:val="none" w:sz="0" w:space="0" w:color="auto"/>
              </w:divBdr>
            </w:div>
            <w:div w:id="1180195089">
              <w:marLeft w:val="0"/>
              <w:marRight w:val="0"/>
              <w:marTop w:val="0"/>
              <w:marBottom w:val="0"/>
              <w:divBdr>
                <w:top w:val="none" w:sz="0" w:space="0" w:color="auto"/>
                <w:left w:val="none" w:sz="0" w:space="0" w:color="auto"/>
                <w:bottom w:val="none" w:sz="0" w:space="0" w:color="auto"/>
                <w:right w:val="none" w:sz="0" w:space="0" w:color="auto"/>
              </w:divBdr>
            </w:div>
            <w:div w:id="2020310488">
              <w:marLeft w:val="0"/>
              <w:marRight w:val="0"/>
              <w:marTop w:val="0"/>
              <w:marBottom w:val="0"/>
              <w:divBdr>
                <w:top w:val="none" w:sz="0" w:space="0" w:color="auto"/>
                <w:left w:val="none" w:sz="0" w:space="0" w:color="auto"/>
                <w:bottom w:val="none" w:sz="0" w:space="0" w:color="auto"/>
                <w:right w:val="none" w:sz="0" w:space="0" w:color="auto"/>
              </w:divBdr>
            </w:div>
          </w:divsChild>
        </w:div>
        <w:div w:id="926504402">
          <w:marLeft w:val="0"/>
          <w:marRight w:val="0"/>
          <w:marTop w:val="0"/>
          <w:marBottom w:val="0"/>
          <w:divBdr>
            <w:top w:val="none" w:sz="0" w:space="0" w:color="auto"/>
            <w:left w:val="none" w:sz="0" w:space="0" w:color="auto"/>
            <w:bottom w:val="none" w:sz="0" w:space="0" w:color="auto"/>
            <w:right w:val="none" w:sz="0" w:space="0" w:color="auto"/>
          </w:divBdr>
          <w:divsChild>
            <w:div w:id="260575815">
              <w:marLeft w:val="0"/>
              <w:marRight w:val="0"/>
              <w:marTop w:val="0"/>
              <w:marBottom w:val="0"/>
              <w:divBdr>
                <w:top w:val="none" w:sz="0" w:space="0" w:color="auto"/>
                <w:left w:val="none" w:sz="0" w:space="0" w:color="auto"/>
                <w:bottom w:val="none" w:sz="0" w:space="0" w:color="auto"/>
                <w:right w:val="none" w:sz="0" w:space="0" w:color="auto"/>
              </w:divBdr>
            </w:div>
          </w:divsChild>
        </w:div>
        <w:div w:id="1199049717">
          <w:marLeft w:val="0"/>
          <w:marRight w:val="0"/>
          <w:marTop w:val="0"/>
          <w:marBottom w:val="0"/>
          <w:divBdr>
            <w:top w:val="none" w:sz="0" w:space="0" w:color="auto"/>
            <w:left w:val="none" w:sz="0" w:space="0" w:color="auto"/>
            <w:bottom w:val="none" w:sz="0" w:space="0" w:color="auto"/>
            <w:right w:val="none" w:sz="0" w:space="0" w:color="auto"/>
          </w:divBdr>
          <w:divsChild>
            <w:div w:id="7369475">
              <w:marLeft w:val="0"/>
              <w:marRight w:val="0"/>
              <w:marTop w:val="0"/>
              <w:marBottom w:val="0"/>
              <w:divBdr>
                <w:top w:val="none" w:sz="0" w:space="0" w:color="auto"/>
                <w:left w:val="none" w:sz="0" w:space="0" w:color="auto"/>
                <w:bottom w:val="none" w:sz="0" w:space="0" w:color="auto"/>
                <w:right w:val="none" w:sz="0" w:space="0" w:color="auto"/>
              </w:divBdr>
            </w:div>
            <w:div w:id="1681392892">
              <w:marLeft w:val="0"/>
              <w:marRight w:val="0"/>
              <w:marTop w:val="0"/>
              <w:marBottom w:val="0"/>
              <w:divBdr>
                <w:top w:val="none" w:sz="0" w:space="0" w:color="auto"/>
                <w:left w:val="none" w:sz="0" w:space="0" w:color="auto"/>
                <w:bottom w:val="none" w:sz="0" w:space="0" w:color="auto"/>
                <w:right w:val="none" w:sz="0" w:space="0" w:color="auto"/>
              </w:divBdr>
            </w:div>
          </w:divsChild>
        </w:div>
        <w:div w:id="509412001">
          <w:marLeft w:val="0"/>
          <w:marRight w:val="0"/>
          <w:marTop w:val="0"/>
          <w:marBottom w:val="0"/>
          <w:divBdr>
            <w:top w:val="none" w:sz="0" w:space="0" w:color="auto"/>
            <w:left w:val="none" w:sz="0" w:space="0" w:color="auto"/>
            <w:bottom w:val="none" w:sz="0" w:space="0" w:color="auto"/>
            <w:right w:val="none" w:sz="0" w:space="0" w:color="auto"/>
          </w:divBdr>
          <w:divsChild>
            <w:div w:id="841705326">
              <w:marLeft w:val="0"/>
              <w:marRight w:val="0"/>
              <w:marTop w:val="0"/>
              <w:marBottom w:val="0"/>
              <w:divBdr>
                <w:top w:val="none" w:sz="0" w:space="0" w:color="auto"/>
                <w:left w:val="none" w:sz="0" w:space="0" w:color="auto"/>
                <w:bottom w:val="none" w:sz="0" w:space="0" w:color="auto"/>
                <w:right w:val="none" w:sz="0" w:space="0" w:color="auto"/>
              </w:divBdr>
            </w:div>
          </w:divsChild>
        </w:div>
        <w:div w:id="995230944">
          <w:marLeft w:val="0"/>
          <w:marRight w:val="0"/>
          <w:marTop w:val="0"/>
          <w:marBottom w:val="0"/>
          <w:divBdr>
            <w:top w:val="none" w:sz="0" w:space="0" w:color="auto"/>
            <w:left w:val="none" w:sz="0" w:space="0" w:color="auto"/>
            <w:bottom w:val="none" w:sz="0" w:space="0" w:color="auto"/>
            <w:right w:val="none" w:sz="0" w:space="0" w:color="auto"/>
          </w:divBdr>
          <w:divsChild>
            <w:div w:id="14335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5898">
      <w:bodyDiv w:val="1"/>
      <w:marLeft w:val="0"/>
      <w:marRight w:val="0"/>
      <w:marTop w:val="0"/>
      <w:marBottom w:val="0"/>
      <w:divBdr>
        <w:top w:val="none" w:sz="0" w:space="0" w:color="auto"/>
        <w:left w:val="none" w:sz="0" w:space="0" w:color="auto"/>
        <w:bottom w:val="none" w:sz="0" w:space="0" w:color="auto"/>
        <w:right w:val="none" w:sz="0" w:space="0" w:color="auto"/>
      </w:divBdr>
    </w:div>
    <w:div w:id="433551410">
      <w:bodyDiv w:val="1"/>
      <w:marLeft w:val="0"/>
      <w:marRight w:val="0"/>
      <w:marTop w:val="0"/>
      <w:marBottom w:val="0"/>
      <w:divBdr>
        <w:top w:val="none" w:sz="0" w:space="0" w:color="auto"/>
        <w:left w:val="none" w:sz="0" w:space="0" w:color="auto"/>
        <w:bottom w:val="none" w:sz="0" w:space="0" w:color="auto"/>
        <w:right w:val="none" w:sz="0" w:space="0" w:color="auto"/>
      </w:divBdr>
    </w:div>
    <w:div w:id="611792165">
      <w:bodyDiv w:val="1"/>
      <w:marLeft w:val="0"/>
      <w:marRight w:val="0"/>
      <w:marTop w:val="0"/>
      <w:marBottom w:val="0"/>
      <w:divBdr>
        <w:top w:val="none" w:sz="0" w:space="0" w:color="auto"/>
        <w:left w:val="none" w:sz="0" w:space="0" w:color="auto"/>
        <w:bottom w:val="none" w:sz="0" w:space="0" w:color="auto"/>
        <w:right w:val="none" w:sz="0" w:space="0" w:color="auto"/>
      </w:divBdr>
    </w:div>
    <w:div w:id="921641616">
      <w:bodyDiv w:val="1"/>
      <w:marLeft w:val="0"/>
      <w:marRight w:val="0"/>
      <w:marTop w:val="0"/>
      <w:marBottom w:val="0"/>
      <w:divBdr>
        <w:top w:val="none" w:sz="0" w:space="0" w:color="auto"/>
        <w:left w:val="none" w:sz="0" w:space="0" w:color="auto"/>
        <w:bottom w:val="none" w:sz="0" w:space="0" w:color="auto"/>
        <w:right w:val="none" w:sz="0" w:space="0" w:color="auto"/>
      </w:divBdr>
    </w:div>
    <w:div w:id="951400596">
      <w:bodyDiv w:val="1"/>
      <w:marLeft w:val="0"/>
      <w:marRight w:val="0"/>
      <w:marTop w:val="0"/>
      <w:marBottom w:val="0"/>
      <w:divBdr>
        <w:top w:val="none" w:sz="0" w:space="0" w:color="auto"/>
        <w:left w:val="none" w:sz="0" w:space="0" w:color="auto"/>
        <w:bottom w:val="none" w:sz="0" w:space="0" w:color="auto"/>
        <w:right w:val="none" w:sz="0" w:space="0" w:color="auto"/>
      </w:divBdr>
      <w:divsChild>
        <w:div w:id="957953562">
          <w:marLeft w:val="0"/>
          <w:marRight w:val="0"/>
          <w:marTop w:val="0"/>
          <w:marBottom w:val="0"/>
          <w:divBdr>
            <w:top w:val="none" w:sz="0" w:space="0" w:color="auto"/>
            <w:left w:val="none" w:sz="0" w:space="0" w:color="auto"/>
            <w:bottom w:val="none" w:sz="0" w:space="0" w:color="auto"/>
            <w:right w:val="none" w:sz="0" w:space="0" w:color="auto"/>
          </w:divBdr>
          <w:divsChild>
            <w:div w:id="513346455">
              <w:marLeft w:val="0"/>
              <w:marRight w:val="0"/>
              <w:marTop w:val="0"/>
              <w:marBottom w:val="0"/>
              <w:divBdr>
                <w:top w:val="none" w:sz="0" w:space="0" w:color="auto"/>
                <w:left w:val="none" w:sz="0" w:space="0" w:color="auto"/>
                <w:bottom w:val="none" w:sz="0" w:space="0" w:color="auto"/>
                <w:right w:val="none" w:sz="0" w:space="0" w:color="auto"/>
              </w:divBdr>
              <w:divsChild>
                <w:div w:id="1872258242">
                  <w:marLeft w:val="0"/>
                  <w:marRight w:val="0"/>
                  <w:marTop w:val="0"/>
                  <w:marBottom w:val="0"/>
                  <w:divBdr>
                    <w:top w:val="none" w:sz="0" w:space="0" w:color="auto"/>
                    <w:left w:val="none" w:sz="0" w:space="0" w:color="auto"/>
                    <w:bottom w:val="none" w:sz="0" w:space="0" w:color="auto"/>
                    <w:right w:val="none" w:sz="0" w:space="0" w:color="auto"/>
                  </w:divBdr>
                  <w:divsChild>
                    <w:div w:id="2052147418">
                      <w:marLeft w:val="0"/>
                      <w:marRight w:val="0"/>
                      <w:marTop w:val="0"/>
                      <w:marBottom w:val="0"/>
                      <w:divBdr>
                        <w:top w:val="none" w:sz="0" w:space="0" w:color="auto"/>
                        <w:left w:val="none" w:sz="0" w:space="0" w:color="auto"/>
                        <w:bottom w:val="none" w:sz="0" w:space="0" w:color="auto"/>
                        <w:right w:val="none" w:sz="0" w:space="0" w:color="auto"/>
                      </w:divBdr>
                      <w:divsChild>
                        <w:div w:id="2506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264190">
          <w:marLeft w:val="0"/>
          <w:marRight w:val="0"/>
          <w:marTop w:val="0"/>
          <w:marBottom w:val="0"/>
          <w:divBdr>
            <w:top w:val="none" w:sz="0" w:space="0" w:color="auto"/>
            <w:left w:val="none" w:sz="0" w:space="0" w:color="auto"/>
            <w:bottom w:val="none" w:sz="0" w:space="0" w:color="auto"/>
            <w:right w:val="none" w:sz="0" w:space="0" w:color="auto"/>
          </w:divBdr>
          <w:divsChild>
            <w:div w:id="734201036">
              <w:marLeft w:val="0"/>
              <w:marRight w:val="0"/>
              <w:marTop w:val="0"/>
              <w:marBottom w:val="0"/>
              <w:divBdr>
                <w:top w:val="none" w:sz="0" w:space="0" w:color="auto"/>
                <w:left w:val="none" w:sz="0" w:space="0" w:color="auto"/>
                <w:bottom w:val="none" w:sz="0" w:space="0" w:color="auto"/>
                <w:right w:val="none" w:sz="0" w:space="0" w:color="auto"/>
              </w:divBdr>
              <w:divsChild>
                <w:div w:id="301276490">
                  <w:marLeft w:val="0"/>
                  <w:marRight w:val="0"/>
                  <w:marTop w:val="0"/>
                  <w:marBottom w:val="0"/>
                  <w:divBdr>
                    <w:top w:val="none" w:sz="0" w:space="0" w:color="auto"/>
                    <w:left w:val="none" w:sz="0" w:space="0" w:color="auto"/>
                    <w:bottom w:val="none" w:sz="0" w:space="0" w:color="auto"/>
                    <w:right w:val="none" w:sz="0" w:space="0" w:color="auto"/>
                  </w:divBdr>
                  <w:divsChild>
                    <w:div w:id="6695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576803">
      <w:bodyDiv w:val="1"/>
      <w:marLeft w:val="0"/>
      <w:marRight w:val="0"/>
      <w:marTop w:val="0"/>
      <w:marBottom w:val="0"/>
      <w:divBdr>
        <w:top w:val="none" w:sz="0" w:space="0" w:color="auto"/>
        <w:left w:val="none" w:sz="0" w:space="0" w:color="auto"/>
        <w:bottom w:val="none" w:sz="0" w:space="0" w:color="auto"/>
        <w:right w:val="none" w:sz="0" w:space="0" w:color="auto"/>
      </w:divBdr>
    </w:div>
    <w:div w:id="1044209576">
      <w:bodyDiv w:val="1"/>
      <w:marLeft w:val="0"/>
      <w:marRight w:val="0"/>
      <w:marTop w:val="0"/>
      <w:marBottom w:val="0"/>
      <w:divBdr>
        <w:top w:val="none" w:sz="0" w:space="0" w:color="auto"/>
        <w:left w:val="none" w:sz="0" w:space="0" w:color="auto"/>
        <w:bottom w:val="none" w:sz="0" w:space="0" w:color="auto"/>
        <w:right w:val="none" w:sz="0" w:space="0" w:color="auto"/>
      </w:divBdr>
    </w:div>
    <w:div w:id="1121339083">
      <w:bodyDiv w:val="1"/>
      <w:marLeft w:val="0"/>
      <w:marRight w:val="0"/>
      <w:marTop w:val="0"/>
      <w:marBottom w:val="0"/>
      <w:divBdr>
        <w:top w:val="none" w:sz="0" w:space="0" w:color="auto"/>
        <w:left w:val="none" w:sz="0" w:space="0" w:color="auto"/>
        <w:bottom w:val="none" w:sz="0" w:space="0" w:color="auto"/>
        <w:right w:val="none" w:sz="0" w:space="0" w:color="auto"/>
      </w:divBdr>
      <w:divsChild>
        <w:div w:id="327365905">
          <w:marLeft w:val="0"/>
          <w:marRight w:val="0"/>
          <w:marTop w:val="0"/>
          <w:marBottom w:val="0"/>
          <w:divBdr>
            <w:top w:val="none" w:sz="0" w:space="0" w:color="auto"/>
            <w:left w:val="none" w:sz="0" w:space="0" w:color="auto"/>
            <w:bottom w:val="none" w:sz="0" w:space="0" w:color="auto"/>
            <w:right w:val="none" w:sz="0" w:space="0" w:color="auto"/>
          </w:divBdr>
          <w:divsChild>
            <w:div w:id="1151605618">
              <w:marLeft w:val="0"/>
              <w:marRight w:val="0"/>
              <w:marTop w:val="0"/>
              <w:marBottom w:val="0"/>
              <w:divBdr>
                <w:top w:val="none" w:sz="0" w:space="0" w:color="auto"/>
                <w:left w:val="none" w:sz="0" w:space="0" w:color="auto"/>
                <w:bottom w:val="none" w:sz="0" w:space="0" w:color="auto"/>
                <w:right w:val="none" w:sz="0" w:space="0" w:color="auto"/>
              </w:divBdr>
            </w:div>
            <w:div w:id="1999115082">
              <w:marLeft w:val="0"/>
              <w:marRight w:val="0"/>
              <w:marTop w:val="0"/>
              <w:marBottom w:val="0"/>
              <w:divBdr>
                <w:top w:val="none" w:sz="0" w:space="0" w:color="auto"/>
                <w:left w:val="none" w:sz="0" w:space="0" w:color="auto"/>
                <w:bottom w:val="none" w:sz="0" w:space="0" w:color="auto"/>
                <w:right w:val="none" w:sz="0" w:space="0" w:color="auto"/>
              </w:divBdr>
            </w:div>
          </w:divsChild>
        </w:div>
        <w:div w:id="1876692201">
          <w:marLeft w:val="0"/>
          <w:marRight w:val="0"/>
          <w:marTop w:val="0"/>
          <w:marBottom w:val="0"/>
          <w:divBdr>
            <w:top w:val="none" w:sz="0" w:space="0" w:color="auto"/>
            <w:left w:val="none" w:sz="0" w:space="0" w:color="auto"/>
            <w:bottom w:val="none" w:sz="0" w:space="0" w:color="auto"/>
            <w:right w:val="none" w:sz="0" w:space="0" w:color="auto"/>
          </w:divBdr>
          <w:divsChild>
            <w:div w:id="1755275079">
              <w:marLeft w:val="0"/>
              <w:marRight w:val="0"/>
              <w:marTop w:val="0"/>
              <w:marBottom w:val="0"/>
              <w:divBdr>
                <w:top w:val="none" w:sz="0" w:space="0" w:color="auto"/>
                <w:left w:val="none" w:sz="0" w:space="0" w:color="auto"/>
                <w:bottom w:val="none" w:sz="0" w:space="0" w:color="auto"/>
                <w:right w:val="none" w:sz="0" w:space="0" w:color="auto"/>
              </w:divBdr>
            </w:div>
            <w:div w:id="1565876434">
              <w:marLeft w:val="0"/>
              <w:marRight w:val="0"/>
              <w:marTop w:val="0"/>
              <w:marBottom w:val="0"/>
              <w:divBdr>
                <w:top w:val="none" w:sz="0" w:space="0" w:color="auto"/>
                <w:left w:val="none" w:sz="0" w:space="0" w:color="auto"/>
                <w:bottom w:val="none" w:sz="0" w:space="0" w:color="auto"/>
                <w:right w:val="none" w:sz="0" w:space="0" w:color="auto"/>
              </w:divBdr>
            </w:div>
          </w:divsChild>
        </w:div>
        <w:div w:id="428506321">
          <w:marLeft w:val="0"/>
          <w:marRight w:val="0"/>
          <w:marTop w:val="0"/>
          <w:marBottom w:val="0"/>
          <w:divBdr>
            <w:top w:val="none" w:sz="0" w:space="0" w:color="auto"/>
            <w:left w:val="none" w:sz="0" w:space="0" w:color="auto"/>
            <w:bottom w:val="none" w:sz="0" w:space="0" w:color="auto"/>
            <w:right w:val="none" w:sz="0" w:space="0" w:color="auto"/>
          </w:divBdr>
          <w:divsChild>
            <w:div w:id="1299800865">
              <w:marLeft w:val="0"/>
              <w:marRight w:val="0"/>
              <w:marTop w:val="0"/>
              <w:marBottom w:val="0"/>
              <w:divBdr>
                <w:top w:val="none" w:sz="0" w:space="0" w:color="auto"/>
                <w:left w:val="none" w:sz="0" w:space="0" w:color="auto"/>
                <w:bottom w:val="none" w:sz="0" w:space="0" w:color="auto"/>
                <w:right w:val="none" w:sz="0" w:space="0" w:color="auto"/>
              </w:divBdr>
            </w:div>
          </w:divsChild>
        </w:div>
        <w:div w:id="1862165491">
          <w:marLeft w:val="0"/>
          <w:marRight w:val="0"/>
          <w:marTop w:val="0"/>
          <w:marBottom w:val="0"/>
          <w:divBdr>
            <w:top w:val="none" w:sz="0" w:space="0" w:color="auto"/>
            <w:left w:val="none" w:sz="0" w:space="0" w:color="auto"/>
            <w:bottom w:val="none" w:sz="0" w:space="0" w:color="auto"/>
            <w:right w:val="none" w:sz="0" w:space="0" w:color="auto"/>
          </w:divBdr>
          <w:divsChild>
            <w:div w:id="272438873">
              <w:marLeft w:val="0"/>
              <w:marRight w:val="0"/>
              <w:marTop w:val="0"/>
              <w:marBottom w:val="0"/>
              <w:divBdr>
                <w:top w:val="none" w:sz="0" w:space="0" w:color="auto"/>
                <w:left w:val="none" w:sz="0" w:space="0" w:color="auto"/>
                <w:bottom w:val="none" w:sz="0" w:space="0" w:color="auto"/>
                <w:right w:val="none" w:sz="0" w:space="0" w:color="auto"/>
              </w:divBdr>
            </w:div>
          </w:divsChild>
        </w:div>
        <w:div w:id="1346709531">
          <w:marLeft w:val="0"/>
          <w:marRight w:val="0"/>
          <w:marTop w:val="0"/>
          <w:marBottom w:val="0"/>
          <w:divBdr>
            <w:top w:val="none" w:sz="0" w:space="0" w:color="auto"/>
            <w:left w:val="none" w:sz="0" w:space="0" w:color="auto"/>
            <w:bottom w:val="none" w:sz="0" w:space="0" w:color="auto"/>
            <w:right w:val="none" w:sz="0" w:space="0" w:color="auto"/>
          </w:divBdr>
          <w:divsChild>
            <w:div w:id="157117109">
              <w:marLeft w:val="0"/>
              <w:marRight w:val="0"/>
              <w:marTop w:val="0"/>
              <w:marBottom w:val="0"/>
              <w:divBdr>
                <w:top w:val="none" w:sz="0" w:space="0" w:color="auto"/>
                <w:left w:val="none" w:sz="0" w:space="0" w:color="auto"/>
                <w:bottom w:val="none" w:sz="0" w:space="0" w:color="auto"/>
                <w:right w:val="none" w:sz="0" w:space="0" w:color="auto"/>
              </w:divBdr>
            </w:div>
          </w:divsChild>
        </w:div>
        <w:div w:id="802120620">
          <w:marLeft w:val="0"/>
          <w:marRight w:val="0"/>
          <w:marTop w:val="0"/>
          <w:marBottom w:val="0"/>
          <w:divBdr>
            <w:top w:val="none" w:sz="0" w:space="0" w:color="auto"/>
            <w:left w:val="none" w:sz="0" w:space="0" w:color="auto"/>
            <w:bottom w:val="none" w:sz="0" w:space="0" w:color="auto"/>
            <w:right w:val="none" w:sz="0" w:space="0" w:color="auto"/>
          </w:divBdr>
          <w:divsChild>
            <w:div w:id="637536503">
              <w:marLeft w:val="0"/>
              <w:marRight w:val="0"/>
              <w:marTop w:val="0"/>
              <w:marBottom w:val="0"/>
              <w:divBdr>
                <w:top w:val="none" w:sz="0" w:space="0" w:color="auto"/>
                <w:left w:val="none" w:sz="0" w:space="0" w:color="auto"/>
                <w:bottom w:val="none" w:sz="0" w:space="0" w:color="auto"/>
                <w:right w:val="none" w:sz="0" w:space="0" w:color="auto"/>
              </w:divBdr>
            </w:div>
            <w:div w:id="103766330">
              <w:marLeft w:val="0"/>
              <w:marRight w:val="0"/>
              <w:marTop w:val="0"/>
              <w:marBottom w:val="0"/>
              <w:divBdr>
                <w:top w:val="none" w:sz="0" w:space="0" w:color="auto"/>
                <w:left w:val="none" w:sz="0" w:space="0" w:color="auto"/>
                <w:bottom w:val="none" w:sz="0" w:space="0" w:color="auto"/>
                <w:right w:val="none" w:sz="0" w:space="0" w:color="auto"/>
              </w:divBdr>
            </w:div>
            <w:div w:id="852039086">
              <w:marLeft w:val="0"/>
              <w:marRight w:val="0"/>
              <w:marTop w:val="0"/>
              <w:marBottom w:val="0"/>
              <w:divBdr>
                <w:top w:val="none" w:sz="0" w:space="0" w:color="auto"/>
                <w:left w:val="none" w:sz="0" w:space="0" w:color="auto"/>
                <w:bottom w:val="none" w:sz="0" w:space="0" w:color="auto"/>
                <w:right w:val="none" w:sz="0" w:space="0" w:color="auto"/>
              </w:divBdr>
            </w:div>
          </w:divsChild>
        </w:div>
        <w:div w:id="2004040833">
          <w:marLeft w:val="0"/>
          <w:marRight w:val="0"/>
          <w:marTop w:val="0"/>
          <w:marBottom w:val="0"/>
          <w:divBdr>
            <w:top w:val="none" w:sz="0" w:space="0" w:color="auto"/>
            <w:left w:val="none" w:sz="0" w:space="0" w:color="auto"/>
            <w:bottom w:val="none" w:sz="0" w:space="0" w:color="auto"/>
            <w:right w:val="none" w:sz="0" w:space="0" w:color="auto"/>
          </w:divBdr>
          <w:divsChild>
            <w:div w:id="1902711165">
              <w:marLeft w:val="0"/>
              <w:marRight w:val="0"/>
              <w:marTop w:val="0"/>
              <w:marBottom w:val="0"/>
              <w:divBdr>
                <w:top w:val="none" w:sz="0" w:space="0" w:color="auto"/>
                <w:left w:val="none" w:sz="0" w:space="0" w:color="auto"/>
                <w:bottom w:val="none" w:sz="0" w:space="0" w:color="auto"/>
                <w:right w:val="none" w:sz="0" w:space="0" w:color="auto"/>
              </w:divBdr>
            </w:div>
          </w:divsChild>
        </w:div>
        <w:div w:id="832179760">
          <w:marLeft w:val="0"/>
          <w:marRight w:val="0"/>
          <w:marTop w:val="0"/>
          <w:marBottom w:val="0"/>
          <w:divBdr>
            <w:top w:val="none" w:sz="0" w:space="0" w:color="auto"/>
            <w:left w:val="none" w:sz="0" w:space="0" w:color="auto"/>
            <w:bottom w:val="none" w:sz="0" w:space="0" w:color="auto"/>
            <w:right w:val="none" w:sz="0" w:space="0" w:color="auto"/>
          </w:divBdr>
          <w:divsChild>
            <w:div w:id="1087842055">
              <w:marLeft w:val="0"/>
              <w:marRight w:val="0"/>
              <w:marTop w:val="0"/>
              <w:marBottom w:val="0"/>
              <w:divBdr>
                <w:top w:val="none" w:sz="0" w:space="0" w:color="auto"/>
                <w:left w:val="none" w:sz="0" w:space="0" w:color="auto"/>
                <w:bottom w:val="none" w:sz="0" w:space="0" w:color="auto"/>
                <w:right w:val="none" w:sz="0" w:space="0" w:color="auto"/>
              </w:divBdr>
            </w:div>
            <w:div w:id="1217547364">
              <w:marLeft w:val="0"/>
              <w:marRight w:val="0"/>
              <w:marTop w:val="0"/>
              <w:marBottom w:val="0"/>
              <w:divBdr>
                <w:top w:val="none" w:sz="0" w:space="0" w:color="auto"/>
                <w:left w:val="none" w:sz="0" w:space="0" w:color="auto"/>
                <w:bottom w:val="none" w:sz="0" w:space="0" w:color="auto"/>
                <w:right w:val="none" w:sz="0" w:space="0" w:color="auto"/>
              </w:divBdr>
            </w:div>
          </w:divsChild>
        </w:div>
        <w:div w:id="1639650383">
          <w:marLeft w:val="0"/>
          <w:marRight w:val="0"/>
          <w:marTop w:val="0"/>
          <w:marBottom w:val="0"/>
          <w:divBdr>
            <w:top w:val="none" w:sz="0" w:space="0" w:color="auto"/>
            <w:left w:val="none" w:sz="0" w:space="0" w:color="auto"/>
            <w:bottom w:val="none" w:sz="0" w:space="0" w:color="auto"/>
            <w:right w:val="none" w:sz="0" w:space="0" w:color="auto"/>
          </w:divBdr>
          <w:divsChild>
            <w:div w:id="1087533500">
              <w:marLeft w:val="0"/>
              <w:marRight w:val="0"/>
              <w:marTop w:val="0"/>
              <w:marBottom w:val="0"/>
              <w:divBdr>
                <w:top w:val="none" w:sz="0" w:space="0" w:color="auto"/>
                <w:left w:val="none" w:sz="0" w:space="0" w:color="auto"/>
                <w:bottom w:val="none" w:sz="0" w:space="0" w:color="auto"/>
                <w:right w:val="none" w:sz="0" w:space="0" w:color="auto"/>
              </w:divBdr>
            </w:div>
          </w:divsChild>
        </w:div>
        <w:div w:id="1810977539">
          <w:marLeft w:val="0"/>
          <w:marRight w:val="0"/>
          <w:marTop w:val="0"/>
          <w:marBottom w:val="0"/>
          <w:divBdr>
            <w:top w:val="none" w:sz="0" w:space="0" w:color="auto"/>
            <w:left w:val="none" w:sz="0" w:space="0" w:color="auto"/>
            <w:bottom w:val="none" w:sz="0" w:space="0" w:color="auto"/>
            <w:right w:val="none" w:sz="0" w:space="0" w:color="auto"/>
          </w:divBdr>
          <w:divsChild>
            <w:div w:id="5214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518043">
      <w:bodyDiv w:val="1"/>
      <w:marLeft w:val="0"/>
      <w:marRight w:val="0"/>
      <w:marTop w:val="0"/>
      <w:marBottom w:val="0"/>
      <w:divBdr>
        <w:top w:val="none" w:sz="0" w:space="0" w:color="auto"/>
        <w:left w:val="none" w:sz="0" w:space="0" w:color="auto"/>
        <w:bottom w:val="none" w:sz="0" w:space="0" w:color="auto"/>
        <w:right w:val="none" w:sz="0" w:space="0" w:color="auto"/>
      </w:divBdr>
    </w:div>
    <w:div w:id="1198662272">
      <w:bodyDiv w:val="1"/>
      <w:marLeft w:val="0"/>
      <w:marRight w:val="0"/>
      <w:marTop w:val="0"/>
      <w:marBottom w:val="0"/>
      <w:divBdr>
        <w:top w:val="none" w:sz="0" w:space="0" w:color="auto"/>
        <w:left w:val="none" w:sz="0" w:space="0" w:color="auto"/>
        <w:bottom w:val="none" w:sz="0" w:space="0" w:color="auto"/>
        <w:right w:val="none" w:sz="0" w:space="0" w:color="auto"/>
      </w:divBdr>
    </w:div>
    <w:div w:id="1346440480">
      <w:bodyDiv w:val="1"/>
      <w:marLeft w:val="0"/>
      <w:marRight w:val="0"/>
      <w:marTop w:val="0"/>
      <w:marBottom w:val="0"/>
      <w:divBdr>
        <w:top w:val="none" w:sz="0" w:space="0" w:color="auto"/>
        <w:left w:val="none" w:sz="0" w:space="0" w:color="auto"/>
        <w:bottom w:val="none" w:sz="0" w:space="0" w:color="auto"/>
        <w:right w:val="none" w:sz="0" w:space="0" w:color="auto"/>
      </w:divBdr>
    </w:div>
    <w:div w:id="1364478176">
      <w:bodyDiv w:val="1"/>
      <w:marLeft w:val="0"/>
      <w:marRight w:val="0"/>
      <w:marTop w:val="0"/>
      <w:marBottom w:val="0"/>
      <w:divBdr>
        <w:top w:val="none" w:sz="0" w:space="0" w:color="auto"/>
        <w:left w:val="none" w:sz="0" w:space="0" w:color="auto"/>
        <w:bottom w:val="none" w:sz="0" w:space="0" w:color="auto"/>
        <w:right w:val="none" w:sz="0" w:space="0" w:color="auto"/>
      </w:divBdr>
    </w:div>
    <w:div w:id="1660579042">
      <w:bodyDiv w:val="1"/>
      <w:marLeft w:val="0"/>
      <w:marRight w:val="0"/>
      <w:marTop w:val="0"/>
      <w:marBottom w:val="0"/>
      <w:divBdr>
        <w:top w:val="none" w:sz="0" w:space="0" w:color="auto"/>
        <w:left w:val="none" w:sz="0" w:space="0" w:color="auto"/>
        <w:bottom w:val="none" w:sz="0" w:space="0" w:color="auto"/>
        <w:right w:val="none" w:sz="0" w:space="0" w:color="auto"/>
      </w:divBdr>
    </w:div>
    <w:div w:id="1803189626">
      <w:bodyDiv w:val="1"/>
      <w:marLeft w:val="0"/>
      <w:marRight w:val="0"/>
      <w:marTop w:val="0"/>
      <w:marBottom w:val="0"/>
      <w:divBdr>
        <w:top w:val="none" w:sz="0" w:space="0" w:color="auto"/>
        <w:left w:val="none" w:sz="0" w:space="0" w:color="auto"/>
        <w:bottom w:val="none" w:sz="0" w:space="0" w:color="auto"/>
        <w:right w:val="none" w:sz="0" w:space="0" w:color="auto"/>
      </w:divBdr>
      <w:divsChild>
        <w:div w:id="1965379563">
          <w:marLeft w:val="0"/>
          <w:marRight w:val="0"/>
          <w:marTop w:val="0"/>
          <w:marBottom w:val="0"/>
          <w:divBdr>
            <w:top w:val="none" w:sz="0" w:space="0" w:color="auto"/>
            <w:left w:val="none" w:sz="0" w:space="0" w:color="auto"/>
            <w:bottom w:val="none" w:sz="0" w:space="0" w:color="auto"/>
            <w:right w:val="none" w:sz="0" w:space="0" w:color="auto"/>
          </w:divBdr>
          <w:divsChild>
            <w:div w:id="1170294569">
              <w:marLeft w:val="0"/>
              <w:marRight w:val="0"/>
              <w:marTop w:val="0"/>
              <w:marBottom w:val="0"/>
              <w:divBdr>
                <w:top w:val="none" w:sz="0" w:space="0" w:color="auto"/>
                <w:left w:val="none" w:sz="0" w:space="0" w:color="auto"/>
                <w:bottom w:val="none" w:sz="0" w:space="0" w:color="auto"/>
                <w:right w:val="none" w:sz="0" w:space="0" w:color="auto"/>
              </w:divBdr>
            </w:div>
            <w:div w:id="510607754">
              <w:marLeft w:val="0"/>
              <w:marRight w:val="0"/>
              <w:marTop w:val="0"/>
              <w:marBottom w:val="0"/>
              <w:divBdr>
                <w:top w:val="none" w:sz="0" w:space="0" w:color="auto"/>
                <w:left w:val="none" w:sz="0" w:space="0" w:color="auto"/>
                <w:bottom w:val="none" w:sz="0" w:space="0" w:color="auto"/>
                <w:right w:val="none" w:sz="0" w:space="0" w:color="auto"/>
              </w:divBdr>
            </w:div>
          </w:divsChild>
        </w:div>
        <w:div w:id="1429737290">
          <w:marLeft w:val="0"/>
          <w:marRight w:val="0"/>
          <w:marTop w:val="0"/>
          <w:marBottom w:val="0"/>
          <w:divBdr>
            <w:top w:val="none" w:sz="0" w:space="0" w:color="auto"/>
            <w:left w:val="none" w:sz="0" w:space="0" w:color="auto"/>
            <w:bottom w:val="none" w:sz="0" w:space="0" w:color="auto"/>
            <w:right w:val="none" w:sz="0" w:space="0" w:color="auto"/>
          </w:divBdr>
          <w:divsChild>
            <w:div w:id="159850251">
              <w:marLeft w:val="0"/>
              <w:marRight w:val="0"/>
              <w:marTop w:val="0"/>
              <w:marBottom w:val="0"/>
              <w:divBdr>
                <w:top w:val="none" w:sz="0" w:space="0" w:color="auto"/>
                <w:left w:val="none" w:sz="0" w:space="0" w:color="auto"/>
                <w:bottom w:val="none" w:sz="0" w:space="0" w:color="auto"/>
                <w:right w:val="none" w:sz="0" w:space="0" w:color="auto"/>
              </w:divBdr>
            </w:div>
            <w:div w:id="12583812">
              <w:marLeft w:val="0"/>
              <w:marRight w:val="0"/>
              <w:marTop w:val="0"/>
              <w:marBottom w:val="0"/>
              <w:divBdr>
                <w:top w:val="none" w:sz="0" w:space="0" w:color="auto"/>
                <w:left w:val="none" w:sz="0" w:space="0" w:color="auto"/>
                <w:bottom w:val="none" w:sz="0" w:space="0" w:color="auto"/>
                <w:right w:val="none" w:sz="0" w:space="0" w:color="auto"/>
              </w:divBdr>
            </w:div>
          </w:divsChild>
        </w:div>
        <w:div w:id="1947613164">
          <w:marLeft w:val="0"/>
          <w:marRight w:val="0"/>
          <w:marTop w:val="0"/>
          <w:marBottom w:val="0"/>
          <w:divBdr>
            <w:top w:val="none" w:sz="0" w:space="0" w:color="auto"/>
            <w:left w:val="none" w:sz="0" w:space="0" w:color="auto"/>
            <w:bottom w:val="none" w:sz="0" w:space="0" w:color="auto"/>
            <w:right w:val="none" w:sz="0" w:space="0" w:color="auto"/>
          </w:divBdr>
          <w:divsChild>
            <w:div w:id="134370189">
              <w:marLeft w:val="0"/>
              <w:marRight w:val="0"/>
              <w:marTop w:val="0"/>
              <w:marBottom w:val="0"/>
              <w:divBdr>
                <w:top w:val="none" w:sz="0" w:space="0" w:color="auto"/>
                <w:left w:val="none" w:sz="0" w:space="0" w:color="auto"/>
                <w:bottom w:val="none" w:sz="0" w:space="0" w:color="auto"/>
                <w:right w:val="none" w:sz="0" w:space="0" w:color="auto"/>
              </w:divBdr>
            </w:div>
          </w:divsChild>
        </w:div>
        <w:div w:id="338777909">
          <w:marLeft w:val="0"/>
          <w:marRight w:val="0"/>
          <w:marTop w:val="0"/>
          <w:marBottom w:val="0"/>
          <w:divBdr>
            <w:top w:val="none" w:sz="0" w:space="0" w:color="auto"/>
            <w:left w:val="none" w:sz="0" w:space="0" w:color="auto"/>
            <w:bottom w:val="none" w:sz="0" w:space="0" w:color="auto"/>
            <w:right w:val="none" w:sz="0" w:space="0" w:color="auto"/>
          </w:divBdr>
          <w:divsChild>
            <w:div w:id="1723601738">
              <w:marLeft w:val="0"/>
              <w:marRight w:val="0"/>
              <w:marTop w:val="0"/>
              <w:marBottom w:val="0"/>
              <w:divBdr>
                <w:top w:val="none" w:sz="0" w:space="0" w:color="auto"/>
                <w:left w:val="none" w:sz="0" w:space="0" w:color="auto"/>
                <w:bottom w:val="none" w:sz="0" w:space="0" w:color="auto"/>
                <w:right w:val="none" w:sz="0" w:space="0" w:color="auto"/>
              </w:divBdr>
            </w:div>
          </w:divsChild>
        </w:div>
        <w:div w:id="563832149">
          <w:marLeft w:val="0"/>
          <w:marRight w:val="0"/>
          <w:marTop w:val="0"/>
          <w:marBottom w:val="0"/>
          <w:divBdr>
            <w:top w:val="none" w:sz="0" w:space="0" w:color="auto"/>
            <w:left w:val="none" w:sz="0" w:space="0" w:color="auto"/>
            <w:bottom w:val="none" w:sz="0" w:space="0" w:color="auto"/>
            <w:right w:val="none" w:sz="0" w:space="0" w:color="auto"/>
          </w:divBdr>
          <w:divsChild>
            <w:div w:id="508520936">
              <w:marLeft w:val="0"/>
              <w:marRight w:val="0"/>
              <w:marTop w:val="0"/>
              <w:marBottom w:val="0"/>
              <w:divBdr>
                <w:top w:val="none" w:sz="0" w:space="0" w:color="auto"/>
                <w:left w:val="none" w:sz="0" w:space="0" w:color="auto"/>
                <w:bottom w:val="none" w:sz="0" w:space="0" w:color="auto"/>
                <w:right w:val="none" w:sz="0" w:space="0" w:color="auto"/>
              </w:divBdr>
            </w:div>
          </w:divsChild>
        </w:div>
        <w:div w:id="1666278798">
          <w:marLeft w:val="0"/>
          <w:marRight w:val="0"/>
          <w:marTop w:val="0"/>
          <w:marBottom w:val="0"/>
          <w:divBdr>
            <w:top w:val="none" w:sz="0" w:space="0" w:color="auto"/>
            <w:left w:val="none" w:sz="0" w:space="0" w:color="auto"/>
            <w:bottom w:val="none" w:sz="0" w:space="0" w:color="auto"/>
            <w:right w:val="none" w:sz="0" w:space="0" w:color="auto"/>
          </w:divBdr>
          <w:divsChild>
            <w:div w:id="85663294">
              <w:marLeft w:val="0"/>
              <w:marRight w:val="0"/>
              <w:marTop w:val="0"/>
              <w:marBottom w:val="0"/>
              <w:divBdr>
                <w:top w:val="none" w:sz="0" w:space="0" w:color="auto"/>
                <w:left w:val="none" w:sz="0" w:space="0" w:color="auto"/>
                <w:bottom w:val="none" w:sz="0" w:space="0" w:color="auto"/>
                <w:right w:val="none" w:sz="0" w:space="0" w:color="auto"/>
              </w:divBdr>
            </w:div>
            <w:div w:id="1355033547">
              <w:marLeft w:val="0"/>
              <w:marRight w:val="0"/>
              <w:marTop w:val="0"/>
              <w:marBottom w:val="0"/>
              <w:divBdr>
                <w:top w:val="none" w:sz="0" w:space="0" w:color="auto"/>
                <w:left w:val="none" w:sz="0" w:space="0" w:color="auto"/>
                <w:bottom w:val="none" w:sz="0" w:space="0" w:color="auto"/>
                <w:right w:val="none" w:sz="0" w:space="0" w:color="auto"/>
              </w:divBdr>
            </w:div>
            <w:div w:id="316306553">
              <w:marLeft w:val="0"/>
              <w:marRight w:val="0"/>
              <w:marTop w:val="0"/>
              <w:marBottom w:val="0"/>
              <w:divBdr>
                <w:top w:val="none" w:sz="0" w:space="0" w:color="auto"/>
                <w:left w:val="none" w:sz="0" w:space="0" w:color="auto"/>
                <w:bottom w:val="none" w:sz="0" w:space="0" w:color="auto"/>
                <w:right w:val="none" w:sz="0" w:space="0" w:color="auto"/>
              </w:divBdr>
            </w:div>
          </w:divsChild>
        </w:div>
        <w:div w:id="1406369390">
          <w:marLeft w:val="0"/>
          <w:marRight w:val="0"/>
          <w:marTop w:val="0"/>
          <w:marBottom w:val="0"/>
          <w:divBdr>
            <w:top w:val="none" w:sz="0" w:space="0" w:color="auto"/>
            <w:left w:val="none" w:sz="0" w:space="0" w:color="auto"/>
            <w:bottom w:val="none" w:sz="0" w:space="0" w:color="auto"/>
            <w:right w:val="none" w:sz="0" w:space="0" w:color="auto"/>
          </w:divBdr>
          <w:divsChild>
            <w:div w:id="417487473">
              <w:marLeft w:val="0"/>
              <w:marRight w:val="0"/>
              <w:marTop w:val="0"/>
              <w:marBottom w:val="0"/>
              <w:divBdr>
                <w:top w:val="none" w:sz="0" w:space="0" w:color="auto"/>
                <w:left w:val="none" w:sz="0" w:space="0" w:color="auto"/>
                <w:bottom w:val="none" w:sz="0" w:space="0" w:color="auto"/>
                <w:right w:val="none" w:sz="0" w:space="0" w:color="auto"/>
              </w:divBdr>
            </w:div>
          </w:divsChild>
        </w:div>
        <w:div w:id="1952974118">
          <w:marLeft w:val="0"/>
          <w:marRight w:val="0"/>
          <w:marTop w:val="0"/>
          <w:marBottom w:val="0"/>
          <w:divBdr>
            <w:top w:val="none" w:sz="0" w:space="0" w:color="auto"/>
            <w:left w:val="none" w:sz="0" w:space="0" w:color="auto"/>
            <w:bottom w:val="none" w:sz="0" w:space="0" w:color="auto"/>
            <w:right w:val="none" w:sz="0" w:space="0" w:color="auto"/>
          </w:divBdr>
          <w:divsChild>
            <w:div w:id="12004170">
              <w:marLeft w:val="0"/>
              <w:marRight w:val="0"/>
              <w:marTop w:val="0"/>
              <w:marBottom w:val="0"/>
              <w:divBdr>
                <w:top w:val="none" w:sz="0" w:space="0" w:color="auto"/>
                <w:left w:val="none" w:sz="0" w:space="0" w:color="auto"/>
                <w:bottom w:val="none" w:sz="0" w:space="0" w:color="auto"/>
                <w:right w:val="none" w:sz="0" w:space="0" w:color="auto"/>
              </w:divBdr>
            </w:div>
            <w:div w:id="1217468841">
              <w:marLeft w:val="0"/>
              <w:marRight w:val="0"/>
              <w:marTop w:val="0"/>
              <w:marBottom w:val="0"/>
              <w:divBdr>
                <w:top w:val="none" w:sz="0" w:space="0" w:color="auto"/>
                <w:left w:val="none" w:sz="0" w:space="0" w:color="auto"/>
                <w:bottom w:val="none" w:sz="0" w:space="0" w:color="auto"/>
                <w:right w:val="none" w:sz="0" w:space="0" w:color="auto"/>
              </w:divBdr>
            </w:div>
          </w:divsChild>
        </w:div>
        <w:div w:id="1664357881">
          <w:marLeft w:val="0"/>
          <w:marRight w:val="0"/>
          <w:marTop w:val="0"/>
          <w:marBottom w:val="0"/>
          <w:divBdr>
            <w:top w:val="none" w:sz="0" w:space="0" w:color="auto"/>
            <w:left w:val="none" w:sz="0" w:space="0" w:color="auto"/>
            <w:bottom w:val="none" w:sz="0" w:space="0" w:color="auto"/>
            <w:right w:val="none" w:sz="0" w:space="0" w:color="auto"/>
          </w:divBdr>
          <w:divsChild>
            <w:div w:id="433980983">
              <w:marLeft w:val="0"/>
              <w:marRight w:val="0"/>
              <w:marTop w:val="0"/>
              <w:marBottom w:val="0"/>
              <w:divBdr>
                <w:top w:val="none" w:sz="0" w:space="0" w:color="auto"/>
                <w:left w:val="none" w:sz="0" w:space="0" w:color="auto"/>
                <w:bottom w:val="none" w:sz="0" w:space="0" w:color="auto"/>
                <w:right w:val="none" w:sz="0" w:space="0" w:color="auto"/>
              </w:divBdr>
            </w:div>
          </w:divsChild>
        </w:div>
        <w:div w:id="1951741832">
          <w:marLeft w:val="0"/>
          <w:marRight w:val="0"/>
          <w:marTop w:val="0"/>
          <w:marBottom w:val="0"/>
          <w:divBdr>
            <w:top w:val="none" w:sz="0" w:space="0" w:color="auto"/>
            <w:left w:val="none" w:sz="0" w:space="0" w:color="auto"/>
            <w:bottom w:val="none" w:sz="0" w:space="0" w:color="auto"/>
            <w:right w:val="none" w:sz="0" w:space="0" w:color="auto"/>
          </w:divBdr>
          <w:divsChild>
            <w:div w:id="21166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4823">
      <w:bodyDiv w:val="1"/>
      <w:marLeft w:val="0"/>
      <w:marRight w:val="0"/>
      <w:marTop w:val="0"/>
      <w:marBottom w:val="0"/>
      <w:divBdr>
        <w:top w:val="none" w:sz="0" w:space="0" w:color="auto"/>
        <w:left w:val="none" w:sz="0" w:space="0" w:color="auto"/>
        <w:bottom w:val="none" w:sz="0" w:space="0" w:color="auto"/>
        <w:right w:val="none" w:sz="0" w:space="0" w:color="auto"/>
      </w:divBdr>
    </w:div>
    <w:div w:id="2010324191">
      <w:bodyDiv w:val="1"/>
      <w:marLeft w:val="0"/>
      <w:marRight w:val="0"/>
      <w:marTop w:val="0"/>
      <w:marBottom w:val="0"/>
      <w:divBdr>
        <w:top w:val="none" w:sz="0" w:space="0" w:color="auto"/>
        <w:left w:val="none" w:sz="0" w:space="0" w:color="auto"/>
        <w:bottom w:val="none" w:sz="0" w:space="0" w:color="auto"/>
        <w:right w:val="none" w:sz="0" w:space="0" w:color="auto"/>
      </w:divBdr>
    </w:div>
    <w:div w:id="2061780091">
      <w:bodyDiv w:val="1"/>
      <w:marLeft w:val="0"/>
      <w:marRight w:val="0"/>
      <w:marTop w:val="0"/>
      <w:marBottom w:val="0"/>
      <w:divBdr>
        <w:top w:val="none" w:sz="0" w:space="0" w:color="auto"/>
        <w:left w:val="none" w:sz="0" w:space="0" w:color="auto"/>
        <w:bottom w:val="none" w:sz="0" w:space="0" w:color="auto"/>
        <w:right w:val="none" w:sz="0" w:space="0" w:color="auto"/>
      </w:divBdr>
      <w:divsChild>
        <w:div w:id="1996566528">
          <w:marLeft w:val="0"/>
          <w:marRight w:val="0"/>
          <w:marTop w:val="0"/>
          <w:marBottom w:val="0"/>
          <w:divBdr>
            <w:top w:val="none" w:sz="0" w:space="0" w:color="auto"/>
            <w:left w:val="none" w:sz="0" w:space="0" w:color="auto"/>
            <w:bottom w:val="none" w:sz="0" w:space="0" w:color="auto"/>
            <w:right w:val="none" w:sz="0" w:space="0" w:color="auto"/>
          </w:divBdr>
          <w:divsChild>
            <w:div w:id="784152206">
              <w:marLeft w:val="0"/>
              <w:marRight w:val="0"/>
              <w:marTop w:val="0"/>
              <w:marBottom w:val="0"/>
              <w:divBdr>
                <w:top w:val="none" w:sz="0" w:space="0" w:color="auto"/>
                <w:left w:val="none" w:sz="0" w:space="0" w:color="auto"/>
                <w:bottom w:val="none" w:sz="0" w:space="0" w:color="auto"/>
                <w:right w:val="none" w:sz="0" w:space="0" w:color="auto"/>
              </w:divBdr>
              <w:divsChild>
                <w:div w:id="87123443">
                  <w:marLeft w:val="0"/>
                  <w:marRight w:val="0"/>
                  <w:marTop w:val="0"/>
                  <w:marBottom w:val="0"/>
                  <w:divBdr>
                    <w:top w:val="none" w:sz="0" w:space="0" w:color="auto"/>
                    <w:left w:val="none" w:sz="0" w:space="0" w:color="auto"/>
                    <w:bottom w:val="none" w:sz="0" w:space="0" w:color="auto"/>
                    <w:right w:val="none" w:sz="0" w:space="0" w:color="auto"/>
                  </w:divBdr>
                  <w:divsChild>
                    <w:div w:id="354232460">
                      <w:marLeft w:val="0"/>
                      <w:marRight w:val="0"/>
                      <w:marTop w:val="0"/>
                      <w:marBottom w:val="0"/>
                      <w:divBdr>
                        <w:top w:val="none" w:sz="0" w:space="0" w:color="auto"/>
                        <w:left w:val="none" w:sz="0" w:space="0" w:color="auto"/>
                        <w:bottom w:val="none" w:sz="0" w:space="0" w:color="auto"/>
                        <w:right w:val="none" w:sz="0" w:space="0" w:color="auto"/>
                      </w:divBdr>
                      <w:divsChild>
                        <w:div w:id="141901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125680">
          <w:marLeft w:val="0"/>
          <w:marRight w:val="0"/>
          <w:marTop w:val="0"/>
          <w:marBottom w:val="0"/>
          <w:divBdr>
            <w:top w:val="none" w:sz="0" w:space="0" w:color="auto"/>
            <w:left w:val="none" w:sz="0" w:space="0" w:color="auto"/>
            <w:bottom w:val="none" w:sz="0" w:space="0" w:color="auto"/>
            <w:right w:val="none" w:sz="0" w:space="0" w:color="auto"/>
          </w:divBdr>
          <w:divsChild>
            <w:div w:id="738285210">
              <w:marLeft w:val="0"/>
              <w:marRight w:val="0"/>
              <w:marTop w:val="0"/>
              <w:marBottom w:val="0"/>
              <w:divBdr>
                <w:top w:val="none" w:sz="0" w:space="0" w:color="auto"/>
                <w:left w:val="none" w:sz="0" w:space="0" w:color="auto"/>
                <w:bottom w:val="none" w:sz="0" w:space="0" w:color="auto"/>
                <w:right w:val="none" w:sz="0" w:space="0" w:color="auto"/>
              </w:divBdr>
              <w:divsChild>
                <w:div w:id="1690984866">
                  <w:marLeft w:val="0"/>
                  <w:marRight w:val="0"/>
                  <w:marTop w:val="0"/>
                  <w:marBottom w:val="0"/>
                  <w:divBdr>
                    <w:top w:val="none" w:sz="0" w:space="0" w:color="auto"/>
                    <w:left w:val="none" w:sz="0" w:space="0" w:color="auto"/>
                    <w:bottom w:val="none" w:sz="0" w:space="0" w:color="auto"/>
                    <w:right w:val="none" w:sz="0" w:space="0" w:color="auto"/>
                  </w:divBdr>
                  <w:divsChild>
                    <w:div w:id="610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885558">
      <w:bodyDiv w:val="1"/>
      <w:marLeft w:val="0"/>
      <w:marRight w:val="0"/>
      <w:marTop w:val="0"/>
      <w:marBottom w:val="0"/>
      <w:divBdr>
        <w:top w:val="none" w:sz="0" w:space="0" w:color="auto"/>
        <w:left w:val="none" w:sz="0" w:space="0" w:color="auto"/>
        <w:bottom w:val="none" w:sz="0" w:space="0" w:color="auto"/>
        <w:right w:val="none" w:sz="0" w:space="0" w:color="auto"/>
      </w:divBdr>
      <w:divsChild>
        <w:div w:id="899940483">
          <w:marLeft w:val="0"/>
          <w:marRight w:val="0"/>
          <w:marTop w:val="0"/>
          <w:marBottom w:val="0"/>
          <w:divBdr>
            <w:top w:val="none" w:sz="0" w:space="0" w:color="auto"/>
            <w:left w:val="none" w:sz="0" w:space="0" w:color="auto"/>
            <w:bottom w:val="none" w:sz="0" w:space="0" w:color="auto"/>
            <w:right w:val="none" w:sz="0" w:space="0" w:color="auto"/>
          </w:divBdr>
          <w:divsChild>
            <w:div w:id="1530413680">
              <w:marLeft w:val="0"/>
              <w:marRight w:val="0"/>
              <w:marTop w:val="0"/>
              <w:marBottom w:val="0"/>
              <w:divBdr>
                <w:top w:val="none" w:sz="0" w:space="0" w:color="auto"/>
                <w:left w:val="none" w:sz="0" w:space="0" w:color="auto"/>
                <w:bottom w:val="none" w:sz="0" w:space="0" w:color="auto"/>
                <w:right w:val="none" w:sz="0" w:space="0" w:color="auto"/>
              </w:divBdr>
            </w:div>
            <w:div w:id="1778525011">
              <w:marLeft w:val="0"/>
              <w:marRight w:val="0"/>
              <w:marTop w:val="0"/>
              <w:marBottom w:val="0"/>
              <w:divBdr>
                <w:top w:val="none" w:sz="0" w:space="0" w:color="auto"/>
                <w:left w:val="none" w:sz="0" w:space="0" w:color="auto"/>
                <w:bottom w:val="none" w:sz="0" w:space="0" w:color="auto"/>
                <w:right w:val="none" w:sz="0" w:space="0" w:color="auto"/>
              </w:divBdr>
            </w:div>
          </w:divsChild>
        </w:div>
        <w:div w:id="1601138069">
          <w:marLeft w:val="0"/>
          <w:marRight w:val="0"/>
          <w:marTop w:val="0"/>
          <w:marBottom w:val="0"/>
          <w:divBdr>
            <w:top w:val="none" w:sz="0" w:space="0" w:color="auto"/>
            <w:left w:val="none" w:sz="0" w:space="0" w:color="auto"/>
            <w:bottom w:val="none" w:sz="0" w:space="0" w:color="auto"/>
            <w:right w:val="none" w:sz="0" w:space="0" w:color="auto"/>
          </w:divBdr>
          <w:divsChild>
            <w:div w:id="633953170">
              <w:marLeft w:val="0"/>
              <w:marRight w:val="0"/>
              <w:marTop w:val="0"/>
              <w:marBottom w:val="0"/>
              <w:divBdr>
                <w:top w:val="none" w:sz="0" w:space="0" w:color="auto"/>
                <w:left w:val="none" w:sz="0" w:space="0" w:color="auto"/>
                <w:bottom w:val="none" w:sz="0" w:space="0" w:color="auto"/>
                <w:right w:val="none" w:sz="0" w:space="0" w:color="auto"/>
              </w:divBdr>
            </w:div>
            <w:div w:id="11955293">
              <w:marLeft w:val="0"/>
              <w:marRight w:val="0"/>
              <w:marTop w:val="0"/>
              <w:marBottom w:val="0"/>
              <w:divBdr>
                <w:top w:val="none" w:sz="0" w:space="0" w:color="auto"/>
                <w:left w:val="none" w:sz="0" w:space="0" w:color="auto"/>
                <w:bottom w:val="none" w:sz="0" w:space="0" w:color="auto"/>
                <w:right w:val="none" w:sz="0" w:space="0" w:color="auto"/>
              </w:divBdr>
            </w:div>
          </w:divsChild>
        </w:div>
        <w:div w:id="1316256935">
          <w:marLeft w:val="0"/>
          <w:marRight w:val="0"/>
          <w:marTop w:val="0"/>
          <w:marBottom w:val="0"/>
          <w:divBdr>
            <w:top w:val="none" w:sz="0" w:space="0" w:color="auto"/>
            <w:left w:val="none" w:sz="0" w:space="0" w:color="auto"/>
            <w:bottom w:val="none" w:sz="0" w:space="0" w:color="auto"/>
            <w:right w:val="none" w:sz="0" w:space="0" w:color="auto"/>
          </w:divBdr>
          <w:divsChild>
            <w:div w:id="479463436">
              <w:marLeft w:val="0"/>
              <w:marRight w:val="0"/>
              <w:marTop w:val="0"/>
              <w:marBottom w:val="0"/>
              <w:divBdr>
                <w:top w:val="none" w:sz="0" w:space="0" w:color="auto"/>
                <w:left w:val="none" w:sz="0" w:space="0" w:color="auto"/>
                <w:bottom w:val="none" w:sz="0" w:space="0" w:color="auto"/>
                <w:right w:val="none" w:sz="0" w:space="0" w:color="auto"/>
              </w:divBdr>
            </w:div>
          </w:divsChild>
        </w:div>
        <w:div w:id="525216156">
          <w:marLeft w:val="0"/>
          <w:marRight w:val="0"/>
          <w:marTop w:val="0"/>
          <w:marBottom w:val="0"/>
          <w:divBdr>
            <w:top w:val="none" w:sz="0" w:space="0" w:color="auto"/>
            <w:left w:val="none" w:sz="0" w:space="0" w:color="auto"/>
            <w:bottom w:val="none" w:sz="0" w:space="0" w:color="auto"/>
            <w:right w:val="none" w:sz="0" w:space="0" w:color="auto"/>
          </w:divBdr>
          <w:divsChild>
            <w:div w:id="1244100240">
              <w:marLeft w:val="0"/>
              <w:marRight w:val="0"/>
              <w:marTop w:val="0"/>
              <w:marBottom w:val="0"/>
              <w:divBdr>
                <w:top w:val="none" w:sz="0" w:space="0" w:color="auto"/>
                <w:left w:val="none" w:sz="0" w:space="0" w:color="auto"/>
                <w:bottom w:val="none" w:sz="0" w:space="0" w:color="auto"/>
                <w:right w:val="none" w:sz="0" w:space="0" w:color="auto"/>
              </w:divBdr>
            </w:div>
          </w:divsChild>
        </w:div>
        <w:div w:id="1927302104">
          <w:marLeft w:val="0"/>
          <w:marRight w:val="0"/>
          <w:marTop w:val="0"/>
          <w:marBottom w:val="0"/>
          <w:divBdr>
            <w:top w:val="none" w:sz="0" w:space="0" w:color="auto"/>
            <w:left w:val="none" w:sz="0" w:space="0" w:color="auto"/>
            <w:bottom w:val="none" w:sz="0" w:space="0" w:color="auto"/>
            <w:right w:val="none" w:sz="0" w:space="0" w:color="auto"/>
          </w:divBdr>
          <w:divsChild>
            <w:div w:id="1311985289">
              <w:marLeft w:val="0"/>
              <w:marRight w:val="0"/>
              <w:marTop w:val="0"/>
              <w:marBottom w:val="0"/>
              <w:divBdr>
                <w:top w:val="none" w:sz="0" w:space="0" w:color="auto"/>
                <w:left w:val="none" w:sz="0" w:space="0" w:color="auto"/>
                <w:bottom w:val="none" w:sz="0" w:space="0" w:color="auto"/>
                <w:right w:val="none" w:sz="0" w:space="0" w:color="auto"/>
              </w:divBdr>
            </w:div>
          </w:divsChild>
        </w:div>
        <w:div w:id="696589377">
          <w:marLeft w:val="0"/>
          <w:marRight w:val="0"/>
          <w:marTop w:val="0"/>
          <w:marBottom w:val="0"/>
          <w:divBdr>
            <w:top w:val="none" w:sz="0" w:space="0" w:color="auto"/>
            <w:left w:val="none" w:sz="0" w:space="0" w:color="auto"/>
            <w:bottom w:val="none" w:sz="0" w:space="0" w:color="auto"/>
            <w:right w:val="none" w:sz="0" w:space="0" w:color="auto"/>
          </w:divBdr>
          <w:divsChild>
            <w:div w:id="980034649">
              <w:marLeft w:val="0"/>
              <w:marRight w:val="0"/>
              <w:marTop w:val="0"/>
              <w:marBottom w:val="0"/>
              <w:divBdr>
                <w:top w:val="none" w:sz="0" w:space="0" w:color="auto"/>
                <w:left w:val="none" w:sz="0" w:space="0" w:color="auto"/>
                <w:bottom w:val="none" w:sz="0" w:space="0" w:color="auto"/>
                <w:right w:val="none" w:sz="0" w:space="0" w:color="auto"/>
              </w:divBdr>
            </w:div>
            <w:div w:id="135226339">
              <w:marLeft w:val="0"/>
              <w:marRight w:val="0"/>
              <w:marTop w:val="0"/>
              <w:marBottom w:val="0"/>
              <w:divBdr>
                <w:top w:val="none" w:sz="0" w:space="0" w:color="auto"/>
                <w:left w:val="none" w:sz="0" w:space="0" w:color="auto"/>
                <w:bottom w:val="none" w:sz="0" w:space="0" w:color="auto"/>
                <w:right w:val="none" w:sz="0" w:space="0" w:color="auto"/>
              </w:divBdr>
            </w:div>
            <w:div w:id="412506506">
              <w:marLeft w:val="0"/>
              <w:marRight w:val="0"/>
              <w:marTop w:val="0"/>
              <w:marBottom w:val="0"/>
              <w:divBdr>
                <w:top w:val="none" w:sz="0" w:space="0" w:color="auto"/>
                <w:left w:val="none" w:sz="0" w:space="0" w:color="auto"/>
                <w:bottom w:val="none" w:sz="0" w:space="0" w:color="auto"/>
                <w:right w:val="none" w:sz="0" w:space="0" w:color="auto"/>
              </w:divBdr>
            </w:div>
          </w:divsChild>
        </w:div>
        <w:div w:id="1648051593">
          <w:marLeft w:val="0"/>
          <w:marRight w:val="0"/>
          <w:marTop w:val="0"/>
          <w:marBottom w:val="0"/>
          <w:divBdr>
            <w:top w:val="none" w:sz="0" w:space="0" w:color="auto"/>
            <w:left w:val="none" w:sz="0" w:space="0" w:color="auto"/>
            <w:bottom w:val="none" w:sz="0" w:space="0" w:color="auto"/>
            <w:right w:val="none" w:sz="0" w:space="0" w:color="auto"/>
          </w:divBdr>
          <w:divsChild>
            <w:div w:id="1878159711">
              <w:marLeft w:val="0"/>
              <w:marRight w:val="0"/>
              <w:marTop w:val="0"/>
              <w:marBottom w:val="0"/>
              <w:divBdr>
                <w:top w:val="none" w:sz="0" w:space="0" w:color="auto"/>
                <w:left w:val="none" w:sz="0" w:space="0" w:color="auto"/>
                <w:bottom w:val="none" w:sz="0" w:space="0" w:color="auto"/>
                <w:right w:val="none" w:sz="0" w:space="0" w:color="auto"/>
              </w:divBdr>
            </w:div>
          </w:divsChild>
        </w:div>
        <w:div w:id="3486106">
          <w:marLeft w:val="0"/>
          <w:marRight w:val="0"/>
          <w:marTop w:val="0"/>
          <w:marBottom w:val="0"/>
          <w:divBdr>
            <w:top w:val="none" w:sz="0" w:space="0" w:color="auto"/>
            <w:left w:val="none" w:sz="0" w:space="0" w:color="auto"/>
            <w:bottom w:val="none" w:sz="0" w:space="0" w:color="auto"/>
            <w:right w:val="none" w:sz="0" w:space="0" w:color="auto"/>
          </w:divBdr>
          <w:divsChild>
            <w:div w:id="1168983278">
              <w:marLeft w:val="0"/>
              <w:marRight w:val="0"/>
              <w:marTop w:val="0"/>
              <w:marBottom w:val="0"/>
              <w:divBdr>
                <w:top w:val="none" w:sz="0" w:space="0" w:color="auto"/>
                <w:left w:val="none" w:sz="0" w:space="0" w:color="auto"/>
                <w:bottom w:val="none" w:sz="0" w:space="0" w:color="auto"/>
                <w:right w:val="none" w:sz="0" w:space="0" w:color="auto"/>
              </w:divBdr>
            </w:div>
            <w:div w:id="40633838">
              <w:marLeft w:val="0"/>
              <w:marRight w:val="0"/>
              <w:marTop w:val="0"/>
              <w:marBottom w:val="0"/>
              <w:divBdr>
                <w:top w:val="none" w:sz="0" w:space="0" w:color="auto"/>
                <w:left w:val="none" w:sz="0" w:space="0" w:color="auto"/>
                <w:bottom w:val="none" w:sz="0" w:space="0" w:color="auto"/>
                <w:right w:val="none" w:sz="0" w:space="0" w:color="auto"/>
              </w:divBdr>
            </w:div>
          </w:divsChild>
        </w:div>
        <w:div w:id="1153445377">
          <w:marLeft w:val="0"/>
          <w:marRight w:val="0"/>
          <w:marTop w:val="0"/>
          <w:marBottom w:val="0"/>
          <w:divBdr>
            <w:top w:val="none" w:sz="0" w:space="0" w:color="auto"/>
            <w:left w:val="none" w:sz="0" w:space="0" w:color="auto"/>
            <w:bottom w:val="none" w:sz="0" w:space="0" w:color="auto"/>
            <w:right w:val="none" w:sz="0" w:space="0" w:color="auto"/>
          </w:divBdr>
          <w:divsChild>
            <w:div w:id="2133595793">
              <w:marLeft w:val="0"/>
              <w:marRight w:val="0"/>
              <w:marTop w:val="0"/>
              <w:marBottom w:val="0"/>
              <w:divBdr>
                <w:top w:val="none" w:sz="0" w:space="0" w:color="auto"/>
                <w:left w:val="none" w:sz="0" w:space="0" w:color="auto"/>
                <w:bottom w:val="none" w:sz="0" w:space="0" w:color="auto"/>
                <w:right w:val="none" w:sz="0" w:space="0" w:color="auto"/>
              </w:divBdr>
            </w:div>
          </w:divsChild>
        </w:div>
        <w:div w:id="234361764">
          <w:marLeft w:val="0"/>
          <w:marRight w:val="0"/>
          <w:marTop w:val="0"/>
          <w:marBottom w:val="0"/>
          <w:divBdr>
            <w:top w:val="none" w:sz="0" w:space="0" w:color="auto"/>
            <w:left w:val="none" w:sz="0" w:space="0" w:color="auto"/>
            <w:bottom w:val="none" w:sz="0" w:space="0" w:color="auto"/>
            <w:right w:val="none" w:sz="0" w:space="0" w:color="auto"/>
          </w:divBdr>
          <w:divsChild>
            <w:div w:id="16462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apps.apple.com/it/app/vvs-mobil/id408372353?l=en-GB"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ugendschulungshaus.org/karlstein-journal/"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hyperlink" Target="mailto:psiho.community@gmail.com" TargetMode="External"/><Relationship Id="rId10" Type="http://schemas.openxmlformats.org/officeDocument/2006/relationships/image" Target="media/image3.png"/><Relationship Id="rId19" Type="http://schemas.openxmlformats.org/officeDocument/2006/relationships/hyperlink" Target="https://www.bahn.com/en/offers/regional/deutschlandticke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1210</Words>
  <Characters>6876</Characters>
  <Application>Microsoft Office Word</Application>
  <DocSecurity>0</DocSecurity>
  <Lines>185</Lines>
  <Paragraphs>106</Paragraphs>
  <ScaleCrop>false</ScaleCrop>
  <HeadingPairs>
    <vt:vector size="6" baseType="variant">
      <vt:variant>
        <vt:lpstr>Konu Başlığı</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Manager/>
  <Company/>
  <LinksUpToDate>false</LinksUpToDate>
  <CharactersWithSpaces>7980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Ramses-</cp:lastModifiedBy>
  <cp:revision>2</cp:revision>
  <dcterms:created xsi:type="dcterms:W3CDTF">2025-02-26T18:12:00Z</dcterms:created>
  <dcterms:modified xsi:type="dcterms:W3CDTF">2025-02-26T18:12:00Z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be4fb7428bec6e8386c9d448479b0a1f21280b58260b5e2ad5961cc3ac607c15</vt:lpwstr>
  </property>
</Properties>
</file>