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2"/>
        </w:rPr>
        <w:t>KA153-YOU PARTNER INFORMATION FORM</w:t>
      </w:r>
    </w:p>
    <w:p>
      <w:pPr>
        <w:jc w:val="center"/>
      </w:pPr>
      <w:r>
        <w:rPr>
          <w:i/>
          <w:sz w:val="20"/>
        </w:rPr>
        <w:t>Beyond the Distance – Empowering Rural Youth Through Inclusive and Participatory Youth Work</w:t>
      </w:r>
    </w:p>
    <w:p>
      <w:r>
        <w:t>Thank you for your interest in cooperating with Tunceli Yunus Emre Youth Center (Türkiye) within a KA153-YOU project. Please complete this form in English and send it back to the contact person.</w:t>
      </w:r>
    </w:p>
    <w:p>
      <w:pPr>
        <w:spacing w:before="160" w:after="60"/>
      </w:pPr>
      <w:r>
        <w:rPr>
          <w:b/>
          <w:sz w:val="22"/>
        </w:rPr>
        <w:t>1. ORGANIZATION DETAILS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3240"/>
            <w:vAlign w:val="center"/>
          </w:tcPr>
          <w:p>
            <w:pPr>
              <w:spacing w:after="40" w:before="40"/>
            </w:pPr>
            <w:r>
              <w:rPr>
                <w:b/>
              </w:rPr>
              <w:t>Official name of organization</w:t>
            </w:r>
          </w:p>
        </w:tc>
        <w:tc>
          <w:tcPr>
            <w:tcW w:type="dxa" w:w="6984"/>
            <w:vAlign w:val="center"/>
          </w:tcPr>
          <w:p>
            <w:pPr>
              <w:spacing w:after="40" w:before="40"/>
            </w:pPr>
            <w:r>
              <w:t>[Please fill in]</w:t>
            </w:r>
          </w:p>
        </w:tc>
      </w:tr>
      <w:tr>
        <w:tc>
          <w:tcPr>
            <w:tcW w:type="dxa" w:w="3240"/>
            <w:vAlign w:val="center"/>
          </w:tcPr>
          <w:p>
            <w:pPr>
              <w:spacing w:after="40" w:before="40"/>
            </w:pPr>
            <w:r>
              <w:rPr>
                <w:b/>
              </w:rPr>
              <w:t>Country / City</w:t>
            </w:r>
          </w:p>
        </w:tc>
        <w:tc>
          <w:tcPr>
            <w:tcW w:type="dxa" w:w="6984"/>
            <w:vAlign w:val="center"/>
          </w:tcPr>
          <w:p>
            <w:pPr>
              <w:spacing w:after="40" w:before="40"/>
            </w:pPr>
            <w:r>
              <w:t>[Please fill in]</w:t>
            </w:r>
          </w:p>
        </w:tc>
      </w:tr>
      <w:tr>
        <w:tc>
          <w:tcPr>
            <w:tcW w:type="dxa" w:w="3240"/>
            <w:vAlign w:val="center"/>
          </w:tcPr>
          <w:p>
            <w:pPr>
              <w:spacing w:after="40" w:before="40"/>
            </w:pPr>
            <w:r>
              <w:rPr>
                <w:b/>
              </w:rPr>
              <w:t>Organization type</w:t>
            </w:r>
          </w:p>
        </w:tc>
        <w:tc>
          <w:tcPr>
            <w:tcW w:type="dxa" w:w="6984"/>
            <w:vAlign w:val="center"/>
          </w:tcPr>
          <w:p>
            <w:pPr>
              <w:spacing w:after="40" w:before="40"/>
            </w:pPr>
            <w:r>
              <w:t>[NGO / public body / youth center / other]</w:t>
            </w:r>
          </w:p>
        </w:tc>
      </w:tr>
      <w:tr>
        <w:tc>
          <w:tcPr>
            <w:tcW w:type="dxa" w:w="3240"/>
            <w:vAlign w:val="center"/>
          </w:tcPr>
          <w:p>
            <w:pPr>
              <w:spacing w:after="40" w:before="40"/>
            </w:pPr>
            <w:r>
              <w:rPr>
                <w:b/>
              </w:rPr>
              <w:t>Website and social media</w:t>
            </w:r>
          </w:p>
        </w:tc>
        <w:tc>
          <w:tcPr>
            <w:tcW w:type="dxa" w:w="6984"/>
            <w:vAlign w:val="center"/>
          </w:tcPr>
          <w:p>
            <w:pPr>
              <w:spacing w:after="40" w:before="40"/>
            </w:pPr>
            <w:r>
              <w:t>[Please fill in]</w:t>
            </w:r>
          </w:p>
        </w:tc>
      </w:tr>
      <w:tr>
        <w:tc>
          <w:tcPr>
            <w:tcW w:type="dxa" w:w="3240"/>
            <w:vAlign w:val="center"/>
          </w:tcPr>
          <w:p>
            <w:pPr>
              <w:spacing w:after="40" w:before="40"/>
            </w:pPr>
            <w:r>
              <w:rPr>
                <w:b/>
              </w:rPr>
              <w:t>OID (Organization ID)</w:t>
            </w:r>
          </w:p>
        </w:tc>
        <w:tc>
          <w:tcPr>
            <w:tcW w:type="dxa" w:w="6984"/>
            <w:vAlign w:val="center"/>
          </w:tcPr>
          <w:p>
            <w:pPr>
              <w:spacing w:after="40" w:before="40"/>
            </w:pPr>
            <w:r>
              <w:t>[Please fill in, if available]</w:t>
            </w:r>
          </w:p>
        </w:tc>
      </w:tr>
      <w:tr>
        <w:tc>
          <w:tcPr>
            <w:tcW w:type="dxa" w:w="3240"/>
            <w:vAlign w:val="center"/>
          </w:tcPr>
          <w:p>
            <w:pPr>
              <w:spacing w:after="40" w:before="40"/>
            </w:pPr>
            <w:r>
              <w:rPr>
                <w:b/>
              </w:rPr>
              <w:t>PIC number</w:t>
            </w:r>
          </w:p>
        </w:tc>
        <w:tc>
          <w:tcPr>
            <w:tcW w:type="dxa" w:w="6984"/>
            <w:vAlign w:val="center"/>
          </w:tcPr>
          <w:p>
            <w:pPr>
              <w:spacing w:after="40" w:before="40"/>
            </w:pPr>
            <w:r>
              <w:t>[If applicable]</w:t>
            </w:r>
          </w:p>
        </w:tc>
      </w:tr>
      <w:tr>
        <w:tc>
          <w:tcPr>
            <w:tcW w:type="dxa" w:w="3240"/>
            <w:vAlign w:val="center"/>
          </w:tcPr>
          <w:p>
            <w:pPr>
              <w:spacing w:after="40" w:before="40"/>
            </w:pPr>
            <w:r>
              <w:rPr>
                <w:b/>
              </w:rPr>
              <w:t>Full address</w:t>
            </w:r>
          </w:p>
        </w:tc>
        <w:tc>
          <w:tcPr>
            <w:tcW w:type="dxa" w:w="6984"/>
            <w:vAlign w:val="center"/>
          </w:tcPr>
          <w:p>
            <w:pPr>
              <w:spacing w:after="40" w:before="40"/>
            </w:pPr>
            <w:r>
              <w:t>[Please fill in]</w:t>
            </w:r>
          </w:p>
        </w:tc>
      </w:tr>
    </w:tbl>
    <w:p>
      <w:pPr>
        <w:spacing w:before="160" w:after="60"/>
      </w:pPr>
      <w:r>
        <w:rPr>
          <w:b/>
          <w:sz w:val="22"/>
        </w:rPr>
        <w:t>2. CONTACT PERSON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3240"/>
            <w:vAlign w:val="center"/>
          </w:tcPr>
          <w:p>
            <w:pPr>
              <w:spacing w:after="40" w:before="40"/>
            </w:pPr>
            <w:r>
              <w:rPr>
                <w:b/>
              </w:rPr>
              <w:t>Full name and position</w:t>
            </w:r>
          </w:p>
        </w:tc>
        <w:tc>
          <w:tcPr>
            <w:tcW w:type="dxa" w:w="6984"/>
            <w:vAlign w:val="center"/>
          </w:tcPr>
          <w:p>
            <w:pPr>
              <w:spacing w:after="40" w:before="40"/>
            </w:pPr>
            <w:r>
              <w:t>[Please fill in]</w:t>
            </w:r>
          </w:p>
        </w:tc>
      </w:tr>
      <w:tr>
        <w:tc>
          <w:tcPr>
            <w:tcW w:type="dxa" w:w="3240"/>
            <w:vAlign w:val="center"/>
          </w:tcPr>
          <w:p>
            <w:pPr>
              <w:spacing w:after="40" w:before="40"/>
            </w:pPr>
            <w:r>
              <w:rPr>
                <w:b/>
              </w:rPr>
              <w:t>Email address</w:t>
            </w:r>
          </w:p>
        </w:tc>
        <w:tc>
          <w:tcPr>
            <w:tcW w:type="dxa" w:w="6984"/>
            <w:vAlign w:val="center"/>
          </w:tcPr>
          <w:p>
            <w:pPr>
              <w:spacing w:after="40" w:before="40"/>
            </w:pPr>
            <w:r>
              <w:t>[Please fill in]</w:t>
            </w:r>
          </w:p>
        </w:tc>
      </w:tr>
      <w:tr>
        <w:tc>
          <w:tcPr>
            <w:tcW w:type="dxa" w:w="3240"/>
            <w:vAlign w:val="center"/>
          </w:tcPr>
          <w:p>
            <w:pPr>
              <w:spacing w:after="40" w:before="40"/>
            </w:pPr>
            <w:r>
              <w:rPr>
                <w:b/>
              </w:rPr>
              <w:t>Telephone / WhatsApp</w:t>
            </w:r>
          </w:p>
        </w:tc>
        <w:tc>
          <w:tcPr>
            <w:tcW w:type="dxa" w:w="6984"/>
            <w:vAlign w:val="center"/>
          </w:tcPr>
          <w:p>
            <w:pPr>
              <w:spacing w:after="40" w:before="40"/>
            </w:pPr>
            <w:r>
              <w:t>[Include country code]</w:t>
            </w:r>
          </w:p>
        </w:tc>
      </w:tr>
      <w:tr>
        <w:tc>
          <w:tcPr>
            <w:tcW w:type="dxa" w:w="3240"/>
            <w:vAlign w:val="center"/>
          </w:tcPr>
          <w:p>
            <w:pPr>
              <w:spacing w:after="40" w:before="40"/>
            </w:pPr>
            <w:r>
              <w:rPr>
                <w:b/>
              </w:rPr>
              <w:t>Preferred contact language</w:t>
            </w:r>
          </w:p>
        </w:tc>
        <w:tc>
          <w:tcPr>
            <w:tcW w:type="dxa" w:w="6984"/>
            <w:vAlign w:val="center"/>
          </w:tcPr>
          <w:p>
            <w:pPr>
              <w:spacing w:after="40" w:before="40"/>
            </w:pPr>
            <w:r>
              <w:t>[Please fill in]</w:t>
            </w:r>
          </w:p>
        </w:tc>
      </w:tr>
    </w:tbl>
    <w:p>
      <w:pPr>
        <w:spacing w:before="160" w:after="60"/>
      </w:pPr>
      <w:r>
        <w:rPr>
          <w:b/>
          <w:sz w:val="22"/>
        </w:rPr>
        <w:t>3. ORGANIZATION PROFILE AND EXPERIENCE</w:t>
      </w:r>
    </w:p>
    <w:p>
      <w:r>
        <w:t>Please briefly describe your organization, its main activities and the young people you work with: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Relevant experience in youth work, rural youth, inclusion or youth participation: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Previous Erasmus+ / international projects (project title, role and year, if any):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160" w:after="60"/>
      </w:pPr>
      <w:r>
        <w:rPr>
          <w:b/>
          <w:sz w:val="22"/>
        </w:rPr>
        <w:t>4. INTEREST IN THE PROJECT</w:t>
      </w:r>
    </w:p>
    <w:p>
      <w:r>
        <w:t>Why are you interested in this partnership, and what expertise or good practices could your organization contribute?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What would you like to learn or achieve through this cooperation?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160" w:after="60"/>
      </w:pPr>
      <w:r>
        <w:rPr>
          <w:b/>
          <w:sz w:val="22"/>
        </w:rPr>
        <w:t>5. POSSIBLE CONTRIBUTION AND AVAILABILITY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3240"/>
            <w:vAlign w:val="center"/>
          </w:tcPr>
          <w:p>
            <w:pPr>
              <w:spacing w:after="40" w:before="40"/>
            </w:pPr>
            <w:r>
              <w:rPr>
                <w:b/>
              </w:rPr>
              <w:t>Potential role in the project</w:t>
            </w:r>
          </w:p>
        </w:tc>
        <w:tc>
          <w:tcPr>
            <w:tcW w:type="dxa" w:w="6984"/>
            <w:vAlign w:val="center"/>
          </w:tcPr>
          <w:p>
            <w:pPr>
              <w:spacing w:after="40" w:before="40"/>
            </w:pPr>
            <w:r>
              <w:t>[e.g. host organization, trainer, good-practice provider, partner]</w:t>
            </w:r>
          </w:p>
        </w:tc>
      </w:tr>
      <w:tr>
        <w:tc>
          <w:tcPr>
            <w:tcW w:type="dxa" w:w="3240"/>
            <w:vAlign w:val="center"/>
          </w:tcPr>
          <w:p>
            <w:pPr>
              <w:spacing w:after="40" w:before="40"/>
            </w:pPr>
            <w:r>
              <w:rPr>
                <w:b/>
              </w:rPr>
              <w:t>Relevant methods / activities</w:t>
            </w:r>
          </w:p>
        </w:tc>
        <w:tc>
          <w:tcPr>
            <w:tcW w:type="dxa" w:w="6984"/>
            <w:vAlign w:val="center"/>
          </w:tcPr>
          <w:p>
            <w:pPr>
              <w:spacing w:after="40" w:before="40"/>
            </w:pPr>
            <w:r>
              <w:t>[Please describe briefly]</w:t>
            </w:r>
          </w:p>
        </w:tc>
      </w:tr>
      <w:tr>
        <w:tc>
          <w:tcPr>
            <w:tcW w:type="dxa" w:w="3240"/>
            <w:vAlign w:val="center"/>
          </w:tcPr>
          <w:p>
            <w:pPr>
              <w:spacing w:after="40" w:before="40"/>
            </w:pPr>
            <w:r>
              <w:rPr>
                <w:b/>
              </w:rPr>
              <w:t>Availability for online planning meetings</w:t>
            </w:r>
          </w:p>
        </w:tc>
        <w:tc>
          <w:tcPr>
            <w:tcW w:type="dxa" w:w="6984"/>
            <w:vAlign w:val="center"/>
          </w:tcPr>
          <w:p>
            <w:pPr>
              <w:spacing w:after="40" w:before="40"/>
            </w:pPr>
            <w:r>
              <w:t>[Yes / No / To be discussed]</w:t>
            </w:r>
          </w:p>
        </w:tc>
      </w:tr>
      <w:tr>
        <w:tc>
          <w:tcPr>
            <w:tcW w:type="dxa" w:w="3240"/>
            <w:vAlign w:val="center"/>
          </w:tcPr>
          <w:p>
            <w:pPr>
              <w:spacing w:after="40" w:before="40"/>
            </w:pPr>
            <w:r>
              <w:rPr>
                <w:b/>
              </w:rPr>
              <w:t>Potential dates or scheduling constraints</w:t>
            </w:r>
          </w:p>
        </w:tc>
        <w:tc>
          <w:tcPr>
            <w:tcW w:type="dxa" w:w="6984"/>
            <w:vAlign w:val="center"/>
          </w:tcPr>
          <w:p>
            <w:pPr>
              <w:spacing w:after="40" w:before="40"/>
            </w:pPr>
            <w:r>
              <w:t>[Please fill in, if known]</w:t>
            </w:r>
          </w:p>
        </w:tc>
      </w:tr>
    </w:tbl>
    <w:p>
      <w:pPr>
        <w:spacing w:before="160" w:after="60"/>
      </w:pPr>
      <w:r>
        <w:rPr>
          <w:b/>
          <w:sz w:val="22"/>
        </w:rPr>
        <w:t>6. DECLARATION</w:t>
      </w:r>
    </w:p>
    <w:p>
      <w:r>
        <w:t>I confirm that the information provided in this form is accurate and that our organization is interested in discussing a potential partnership. Submission of this form does not guarantee selection or funding.</w:t>
      </w:r>
    </w:p>
    <w:p>
      <w:r>
        <w:t>Name and position: __________________________________    Date: __________________</w:t>
      </w:r>
    </w:p>
    <w:p/>
    <w:p>
      <w:pPr>
        <w:jc w:val="center"/>
      </w:pPr>
      <w:r>
        <w:rPr>
          <w:i/>
          <w:sz w:val="18"/>
        </w:rPr>
        <w:t>Please return the completed form to the contact person indicated in the SALTO partner-finding call.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